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משחקי טקסט ומשימות – גרסת נייר</w:t>
      </w:r>
    </w:p>
    <w:p>
      <w:pPr>
        <w:bidi/>
        <w:jc w:val="center"/>
      </w:pPr>
      <w:r>
        <w:rPr>
          <w:rFonts w:ascii="Arial" w:hAnsi="Arial" w:cs="Arial"/>
          <w:color w:val="555577"/>
          <w:sz w:val="28"/>
          <w:rtl/>
          <w:szCs w:val="28"/>
        </w:rPr>
        <w:t>📚 לשון · חט״ב – עולים חדשים · חוברת תלמיד</w:t>
      </w:r>
    </w:p>
    <w:p>
      <w:pPr>
        <w:bidi/>
        <w:jc w:val="right"/>
      </w:pPr>
      <w:r>
        <w:rPr>
          <w:rFonts w:ascii="Arial" w:hAnsi="Arial" w:cs="Arial"/>
          <w:sz w:val="24"/>
          <w:rtl/>
          <w:szCs w:val="24"/>
        </w:rPr>
        <w:t>בחוברת: בלש הטקסט · צופן סודי · דרכון תחנות · מיון וציר זמן · נחשו ובדקו · יוצא דופן · משחקי סיום</w:t>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4B2BA8"/>
          <w:sz w:val="40"/>
          <w:rtl/>
          <w:szCs w:val="40"/>
          <w:bCs/>
        </w:rPr>
        <w:t>חלק א׳ – 🕵️ 🔍 הזר במשפחת כ־ת־ב</w:t>
      </w:r>
    </w:p>
    <w:p>
      <w:pPr>
        <w:bidi/>
        <w:jc w:val="right"/>
      </w:pPr>
      <w:r>
        <w:rPr>
          <w:rFonts w:ascii="Arial" w:hAnsi="Arial" w:cs="Arial"/>
          <w:color w:val="555577"/>
          <w:sz w:val="24"/>
          <w:rtl/>
          <w:szCs w:val="24"/>
        </w:rPr>
        <w:t>התיק: איזו מילה לא שייכת למשפחת כ־ת־ב? קראו את הטקסט, ענו על שאלות הרמזים, וסמנו ✖ על כל חשוד/ה שנשלל/ה.</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בשיעור עברית המורה כתבה על הלוח: "משפחת כ־ת־ב". מתחת היו ארבע מילים: מכתב, כתובת, כתב, כתר. "מילה אחת לא מהמשפחה," אמרה המורה. "מכתב – כותבים ושולחים בדואר. כתובת – כותבים על המעטפה. כתב – אדם שכותב בעיתון. כתר – שמים על הראש של מלך." עכשיו אתם הבלשים. מי הזר?</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החשוד/ה</w:t>
            </w:r>
          </w:p>
        </w:tc>
        <w:tc>
          <w:tcPr>
            <w:tcW w:type="dxa" w:w="2606"/>
            <w:shd w:val="clear" w:fill="E5DBFF"/>
          </w:tcPr>
          <w:p>
            <w:pPr>
              <w:bidi/>
              <w:jc w:val="right"/>
            </w:pPr>
            <w:r>
              <w:rPr>
                <w:rFonts w:ascii="Arial" w:hAnsi="Arial" w:cs="Arial"/>
                <w:b/>
                <w:sz w:val="22"/>
                <w:rtl/>
                <w:szCs w:val="22"/>
                <w:bCs/>
              </w:rPr>
              <w:t>תיאור</w:t>
            </w:r>
          </w:p>
        </w:tc>
        <w:tc>
          <w:tcPr>
            <w:tcW w:type="dxa" w:w="2606"/>
            <w:shd w:val="clear" w:fill="E5DBFF"/>
          </w:tcPr>
          <w:p>
            <w:pPr>
              <w:bidi/>
              <w:jc w:val="right"/>
            </w:pPr>
            <w:r>
              <w:rPr>
                <w:rFonts w:ascii="Arial" w:hAnsi="Arial" w:cs="Arial"/>
                <w:b/>
                <w:sz w:val="22"/>
                <w:rtl/>
                <w:szCs w:val="22"/>
                <w:bCs/>
              </w:rPr>
              <w:t>נשלל/ה? ✖</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מכתב</w:t>
            </w:r>
          </w:p>
        </w:tc>
        <w:tc>
          <w:tcPr>
            <w:tcW w:type="dxa" w:w="2606"/>
          </w:tcPr>
          <w:p>
            <w:pPr>
              <w:bidi/>
              <w:jc w:val="right"/>
            </w:pPr>
            <w:r>
              <w:rPr>
                <w:rFonts w:ascii="Arial" w:hAnsi="Arial" w:cs="Arial"/>
                <w:sz w:val="22"/>
                <w:rtl/>
                <w:szCs w:val="22"/>
              </w:rPr>
              <w:t>שולחים בדואר</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כתובת</w:t>
            </w:r>
          </w:p>
        </w:tc>
        <w:tc>
          <w:tcPr>
            <w:tcW w:type="dxa" w:w="2606"/>
          </w:tcPr>
          <w:p>
            <w:pPr>
              <w:bidi/>
              <w:jc w:val="right"/>
            </w:pPr>
            <w:r>
              <w:rPr>
                <w:rFonts w:ascii="Arial" w:hAnsi="Arial" w:cs="Arial"/>
                <w:sz w:val="22"/>
                <w:rtl/>
                <w:szCs w:val="22"/>
              </w:rPr>
              <w:t>על המעטפה</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כתב</w:t>
            </w:r>
          </w:p>
        </w:tc>
        <w:tc>
          <w:tcPr>
            <w:tcW w:type="dxa" w:w="2606"/>
          </w:tcPr>
          <w:p>
            <w:pPr>
              <w:bidi/>
              <w:jc w:val="right"/>
            </w:pPr>
            <w:r>
              <w:rPr>
                <w:rFonts w:ascii="Arial" w:hAnsi="Arial" w:cs="Arial"/>
                <w:sz w:val="22"/>
                <w:rtl/>
                <w:szCs w:val="22"/>
              </w:rPr>
              <w:t>עובד בעיתון</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כתר</w:t>
            </w:r>
          </w:p>
        </w:tc>
        <w:tc>
          <w:tcPr>
            <w:tcW w:type="dxa" w:w="2606"/>
          </w:tcPr>
          <w:p>
            <w:pPr>
              <w:bidi/>
              <w:jc w:val="right"/>
            </w:pPr>
            <w:r>
              <w:rPr>
                <w:rFonts w:ascii="Arial" w:hAnsi="Arial" w:cs="Arial"/>
                <w:sz w:val="22"/>
                <w:rtl/>
                <w:szCs w:val="22"/>
              </w:rPr>
              <w:t>על הראש של מלך</w:t>
            </w:r>
          </w:p>
        </w:tc>
        <w:tc>
          <w:tcPr>
            <w:tcW w:type="dxa" w:w="2606"/>
          </w:tcPr>
          <w:p>
            <w:pPr>
              <w:bidi/>
              <w:jc w:val="right"/>
            </w:pPr>
            <w:r>
              <w:rPr>
                <w:rFonts w:ascii="Arial" w:hAnsi="Arial" w:cs="Arial"/>
                <w:sz w:val="22"/>
                <w:rtl/>
                <w:szCs w:val="22"/>
              </w:rPr>
              <w:t>☐</w:t>
            </w:r>
          </w:p>
        </w:tc>
      </w:tr>
    </w:tbl>
    <w:p>
      <w:pPr>
        <w:bidi/>
        <w:jc w:val="right"/>
      </w:pPr>
    </w:p>
    <w:p>
      <w:pPr>
        <w:bidi/>
        <w:jc w:val="right"/>
      </w:pPr>
      <w:r>
        <w:rPr>
          <w:rFonts w:ascii="Arial" w:hAnsi="Arial" w:cs="Arial"/>
          <w:b/>
          <w:sz w:val="24"/>
          <w:rtl/>
          <w:szCs w:val="24"/>
          <w:bCs/>
        </w:rPr>
        <w:t>1. מה עושים עם מכתב?</w:t>
      </w:r>
    </w:p>
    <w:p>
      <w:pPr>
        <w:bidi/>
        <w:jc w:val="right"/>
      </w:pPr>
      <w:r>
        <w:rPr>
          <w:rFonts w:ascii="Arial" w:hAnsi="Arial" w:cs="Arial"/>
          <w:sz w:val="24"/>
          <w:rtl/>
          <w:szCs w:val="24"/>
        </w:rPr>
        <w:t xml:space="preserve">   ◯ א. אוכלים אותו</w:t>
      </w:r>
    </w:p>
    <w:p>
      <w:pPr>
        <w:bidi/>
        <w:jc w:val="right"/>
      </w:pPr>
      <w:r>
        <w:rPr>
          <w:rFonts w:ascii="Arial" w:hAnsi="Arial" w:cs="Arial"/>
          <w:sz w:val="24"/>
          <w:rtl/>
          <w:szCs w:val="24"/>
        </w:rPr>
        <w:t xml:space="preserve">   ◯ ב. כותבים ושולחים אותו</w:t>
      </w:r>
    </w:p>
    <w:p>
      <w:pPr>
        <w:bidi/>
        <w:jc w:val="right"/>
      </w:pPr>
      <w:r>
        <w:rPr>
          <w:rFonts w:ascii="Arial" w:hAnsi="Arial" w:cs="Arial"/>
          <w:sz w:val="24"/>
          <w:rtl/>
          <w:szCs w:val="24"/>
        </w:rPr>
        <w:t xml:space="preserve">   ◯ ג. שמים אותו על הראש</w:t>
      </w:r>
    </w:p>
    <w:p>
      <w:pPr>
        <w:bidi/>
        <w:jc w:val="right"/>
      </w:pPr>
      <w:r>
        <w:rPr>
          <w:rFonts w:ascii="Arial" w:hAnsi="Arial" w:cs="Arial"/>
          <w:b/>
          <w:sz w:val="24"/>
          <w:rtl/>
          <w:szCs w:val="24"/>
          <w:bCs/>
        </w:rPr>
        <w:t>2. מה כותבים על המעטפה?</w:t>
      </w:r>
    </w:p>
    <w:p>
      <w:pPr>
        <w:bidi/>
        <w:jc w:val="right"/>
      </w:pPr>
      <w:r>
        <w:rPr>
          <w:rFonts w:ascii="Arial" w:hAnsi="Arial" w:cs="Arial"/>
          <w:sz w:val="24"/>
          <w:rtl/>
          <w:szCs w:val="24"/>
        </w:rPr>
        <w:t xml:space="preserve">   ◯ א. כתובת</w:t>
      </w:r>
    </w:p>
    <w:p>
      <w:pPr>
        <w:bidi/>
        <w:jc w:val="right"/>
      </w:pPr>
      <w:r>
        <w:rPr>
          <w:rFonts w:ascii="Arial" w:hAnsi="Arial" w:cs="Arial"/>
          <w:sz w:val="24"/>
          <w:rtl/>
          <w:szCs w:val="24"/>
        </w:rPr>
        <w:t xml:space="preserve">   ◯ ב. כתר</w:t>
      </w:r>
    </w:p>
    <w:p>
      <w:pPr>
        <w:bidi/>
        <w:jc w:val="right"/>
      </w:pPr>
      <w:r>
        <w:rPr>
          <w:rFonts w:ascii="Arial" w:hAnsi="Arial" w:cs="Arial"/>
          <w:sz w:val="24"/>
          <w:rtl/>
          <w:szCs w:val="24"/>
        </w:rPr>
        <w:t xml:space="preserve">   ◯ ג. עיתון</w:t>
      </w:r>
    </w:p>
    <w:p>
      <w:pPr>
        <w:bidi/>
        <w:jc w:val="right"/>
      </w:pPr>
      <w:r>
        <w:rPr>
          <w:rFonts w:ascii="Arial" w:hAnsi="Arial" w:cs="Arial"/>
          <w:b/>
          <w:sz w:val="24"/>
          <w:rtl/>
          <w:szCs w:val="24"/>
          <w:bCs/>
        </w:rPr>
        <w:t>3. מה עושה כתב בעיתון?</w:t>
      </w:r>
    </w:p>
    <w:p>
      <w:pPr>
        <w:bidi/>
        <w:jc w:val="right"/>
      </w:pPr>
      <w:r>
        <w:rPr>
          <w:rFonts w:ascii="Arial" w:hAnsi="Arial" w:cs="Arial"/>
          <w:sz w:val="24"/>
          <w:rtl/>
          <w:szCs w:val="24"/>
        </w:rPr>
        <w:t xml:space="preserve">   ◯ א. מבשל</w:t>
      </w:r>
    </w:p>
    <w:p>
      <w:pPr>
        <w:bidi/>
        <w:jc w:val="right"/>
      </w:pPr>
      <w:r>
        <w:rPr>
          <w:rFonts w:ascii="Arial" w:hAnsi="Arial" w:cs="Arial"/>
          <w:sz w:val="24"/>
          <w:rtl/>
          <w:szCs w:val="24"/>
        </w:rPr>
        <w:t xml:space="preserve">   ◯ ב. מצייר</w:t>
      </w:r>
    </w:p>
    <w:p>
      <w:pPr>
        <w:bidi/>
        <w:jc w:val="right"/>
      </w:pPr>
      <w:r>
        <w:rPr>
          <w:rFonts w:ascii="Arial" w:hAnsi="Arial" w:cs="Arial"/>
          <w:sz w:val="24"/>
          <w:rtl/>
          <w:szCs w:val="24"/>
        </w:rPr>
        <w:t xml:space="preserve">   ◯ ג. נוהג</w:t>
      </w:r>
    </w:p>
    <w:p>
      <w:pPr>
        <w:bidi/>
        <w:jc w:val="right"/>
      </w:pPr>
      <w:r>
        <w:rPr>
          <w:rFonts w:ascii="Arial" w:hAnsi="Arial" w:cs="Arial"/>
          <w:sz w:val="24"/>
          <w:rtl/>
          <w:szCs w:val="24"/>
        </w:rPr>
        <w:t xml:space="preserve">   ◯ ד. כותב</w:t>
      </w:r>
    </w:p>
    <w:p>
      <w:pPr>
        <w:bidi/>
        <w:jc w:val="right"/>
      </w:pPr>
      <w:r>
        <w:rPr>
          <w:rFonts w:ascii="Arial" w:hAnsi="Arial" w:cs="Arial"/>
          <w:sz w:val="24"/>
          <w:rtl/>
          <w:szCs w:val="24"/>
        </w:rPr>
        <w:t>האשם/ה הוא/היא: ______________________ . הוכחה מהטקסט: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 🔐 צופן היום שלי</w:t>
      </w:r>
    </w:p>
    <w:p>
      <w:pPr>
        <w:bidi/>
        <w:jc w:val="right"/>
      </w:pPr>
      <w:r>
        <w:rPr>
          <w:rFonts w:ascii="Arial" w:hAnsi="Arial" w:cs="Arial"/>
          <w:b/>
          <w:color w:val="6A3FD4"/>
          <w:sz w:val="26"/>
          <w:rtl/>
          <w:szCs w:val="26"/>
          <w:bCs/>
        </w:rPr>
        <w:t>▌ הקטע</w:t>
      </w:r>
    </w:p>
    <w:p>
      <w:pPr>
        <w:bidi/>
        <w:jc w:val="right"/>
      </w:pPr>
      <w:r>
        <w:rPr>
          <w:rFonts w:ascii="Arial" w:hAnsi="Arial" w:cs="Arial"/>
          <w:sz w:val="24"/>
          <w:rtl/>
          <w:szCs w:val="24"/>
        </w:rPr>
        <w:t>אני גרה בעיר חדשה. בבוקר אני הולכת לאולפן. בדרך יש מאפייה קטנה. האופה נותן לי לחמנייה חמה. באולפן אני כותבת מכתב לחברה שלי. אני כותבת את הכתובת על המעטפה. אחר כך אני הולכת לדואר. בערב אני קוראת ספר בעברית.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w:t>
            </w:r>
          </w:p>
        </w:tc>
        <w:tc>
          <w:tcPr>
            <w:tcW w:type="dxa" w:w="2606"/>
            <w:shd w:val="clear" w:fill="E5DBFF"/>
          </w:tcPr>
          <w:p>
            <w:pPr>
              <w:bidi/>
              <w:jc w:val="right"/>
            </w:pPr>
            <w:r>
              <w:rPr>
                <w:rFonts w:ascii="Arial" w:hAnsi="Arial" w:cs="Arial"/>
                <w:b/>
                <w:sz w:val="22"/>
                <w:rtl/>
                <w:szCs w:val="22"/>
                <w:bCs/>
              </w:rPr>
              <w:t>הצופן</w:t>
            </w:r>
          </w:p>
        </w:tc>
        <w:tc>
          <w:tcPr>
            <w:tcW w:type="dxa" w:w="2606"/>
            <w:shd w:val="clear" w:fill="E5DBFF"/>
          </w:tcPr>
          <w:p>
            <w:pPr>
              <w:bidi/>
              <w:jc w:val="right"/>
            </w:pPr>
            <w:r>
              <w:rPr>
                <w:rFonts w:ascii="Arial" w:hAnsi="Arial" w:cs="Arial"/>
                <w:b/>
                <w:sz w:val="22"/>
                <w:rtl/>
                <w:szCs w:val="22"/>
                <w:bCs/>
              </w:rPr>
              <w:t>רמז</w:t>
            </w:r>
          </w:p>
        </w:tc>
        <w:tc>
          <w:tcPr>
            <w:tcW w:type="dxa" w:w="2606"/>
            <w:shd w:val="clear" w:fill="E5DBFF"/>
          </w:tcPr>
          <w:p>
            <w:pPr>
              <w:bidi/>
              <w:jc w:val="right"/>
            </w:pPr>
            <w:r>
              <w:rPr>
                <w:rFonts w:ascii="Arial" w:hAnsi="Arial" w:cs="Arial"/>
                <w:b/>
                <w:sz w:val="22"/>
                <w:rtl/>
                <w:szCs w:val="22"/>
                <w:bCs/>
              </w:rPr>
              <w:t>המילה</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‏13‏ ‏- 11‏ ‏- 22‏ ‏- 2‏</w:t>
            </w:r>
          </w:p>
        </w:tc>
        <w:tc>
          <w:tcPr>
            <w:tcW w:type="dxa" w:w="2606"/>
          </w:tcPr>
          <w:p>
            <w:pPr>
              <w:bidi/>
              <w:jc w:val="right"/>
            </w:pPr>
            <w:r>
              <w:rPr>
                <w:rFonts w:ascii="Arial" w:hAnsi="Arial" w:cs="Arial"/>
                <w:sz w:val="22"/>
                <w:rtl/>
                <w:szCs w:val="22"/>
              </w:rPr>
              <w:t>✉️ כותבים אותו ושולחים לחבר.</w:t>
            </w:r>
          </w:p>
        </w:tc>
        <w:tc>
          <w:tcPr>
            <w:tcW w:type="dxa" w:w="2606"/>
          </w:tcPr>
          <w:p>
            <w:pPr>
              <w:bidi/>
              <w:jc w:val="right"/>
            </w:pPr>
            <w:r>
              <w:rPr>
                <w:rFonts w:ascii="Arial" w:hAnsi="Arial" w:cs="Arial"/>
                <w:sz w:val="22"/>
                <w:rtl/>
                <w:szCs w:val="22"/>
              </w:rPr>
              <w:t>________</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ב כ ת ו ת</w:t>
            </w:r>
          </w:p>
        </w:tc>
        <w:tc>
          <w:tcPr>
            <w:tcW w:type="dxa" w:w="2606"/>
          </w:tcPr>
          <w:p>
            <w:pPr>
              <w:bidi/>
              <w:jc w:val="right"/>
            </w:pPr>
            <w:r>
              <w:rPr>
                <w:rFonts w:ascii="Arial" w:hAnsi="Arial" w:cs="Arial"/>
                <w:sz w:val="22"/>
                <w:rtl/>
                <w:szCs w:val="22"/>
              </w:rPr>
              <w:t>🏠 רחוב, מספר ועיר – על המעטפה.</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‏1‏ ‏- 6‏ ‏- 12‏ ‏- 17‏ ‏- 14‏</w:t>
            </w:r>
          </w:p>
        </w:tc>
        <w:tc>
          <w:tcPr>
            <w:tcW w:type="dxa" w:w="2606"/>
          </w:tcPr>
          <w:p>
            <w:pPr>
              <w:bidi/>
              <w:jc w:val="right"/>
            </w:pPr>
            <w:r>
              <w:rPr>
                <w:rFonts w:ascii="Arial" w:hAnsi="Arial" w:cs="Arial"/>
                <w:sz w:val="22"/>
                <w:rtl/>
                <w:szCs w:val="22"/>
              </w:rPr>
              <w:t>🏫 מקום שלומדים בו עברית.</w:t>
            </w:r>
          </w:p>
        </w:tc>
        <w:tc>
          <w:tcPr>
            <w:tcW w:type="dxa" w:w="2606"/>
          </w:tcPr>
          <w:p>
            <w:pPr>
              <w:bidi/>
              <w:jc w:val="right"/>
            </w:pPr>
            <w:r>
              <w:rPr>
                <w:rFonts w:ascii="Arial" w:hAnsi="Arial" w:cs="Arial"/>
                <w:sz w:val="22"/>
                <w:rtl/>
                <w:szCs w:val="22"/>
              </w:rPr>
              <w:t>__________</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פ ה א י מ י</w:t>
            </w:r>
          </w:p>
        </w:tc>
        <w:tc>
          <w:tcPr>
            <w:tcW w:type="dxa" w:w="2606"/>
          </w:tcPr>
          <w:p>
            <w:pPr>
              <w:bidi/>
              <w:jc w:val="right"/>
            </w:pPr>
            <w:r>
              <w:rPr>
                <w:rFonts w:ascii="Arial" w:hAnsi="Arial" w:cs="Arial"/>
                <w:sz w:val="22"/>
                <w:rtl/>
                <w:szCs w:val="22"/>
              </w:rPr>
              <w:t>🍞 מקום שאופים בו לחם.</w:t>
            </w:r>
          </w:p>
        </w:tc>
        <w:tc>
          <w:tcPr>
            <w:tcW w:type="dxa" w:w="2606"/>
          </w:tcPr>
          <w:p>
            <w:pPr>
              <w:bidi/>
              <w:jc w:val="right"/>
            </w:pPr>
            <w:r>
              <w:rPr>
                <w:rFonts w:ascii="Arial" w:hAnsi="Arial" w:cs="Arial"/>
                <w:sz w:val="22"/>
                <w:rtl/>
                <w:szCs w:val="22"/>
              </w:rPr>
              <w:t>____________</w:t>
            </w:r>
          </w:p>
        </w:tc>
      </w:tr>
    </w:tbl>
    <w:p>
      <w:pPr>
        <w:bidi/>
        <w:jc w:val="right"/>
      </w:pPr>
    </w:p>
    <w:p>
      <w:pPr>
        <w:bidi/>
        <w:jc w:val="right"/>
      </w:pPr>
      <w:r>
        <w:rPr>
          <w:rFonts w:ascii="Arial" w:hAnsi="Arial" w:cs="Arial"/>
          <w:sz w:val="24"/>
          <w:rtl/>
          <w:szCs w:val="24"/>
        </w:rPr>
        <w:t>🔣 מפתח: א=1 ב=2 ג=3 ד=4 ה=5 ו=6 ז=7 ח=8 ט=9 י=10 כ=11 ל=12 מ=13 נ=14 ס=15 ע=16 פ=17 צ=18 ק=19 ר=20 ש=21 ת=22</w:t>
      </w:r>
    </w:p>
    <w:p>
      <w:pPr>
        <w:bidi/>
        <w:jc w:val="right"/>
      </w:pPr>
      <w:r>
        <w:rPr>
          <w:rFonts w:ascii="Arial" w:hAnsi="Arial" w:cs="Arial"/>
          <w:sz w:val="24"/>
          <w:rtl/>
          <w:szCs w:val="24"/>
        </w:rPr>
        <w:t>המסר הסודי לפי המורה: ____________________</w:t>
      </w:r>
    </w:p>
    <w:p>
      <w:r>
        <w:br w:type="page"/>
      </w:r>
    </w:p>
    <w:p>
      <w:pPr>
        <w:bidi/>
        <w:pStyle w:val="Heading1"/>
        <w:jc w:val="right"/>
      </w:pPr>
      <w:r>
        <w:rPr>
          <w:rFonts w:ascii="Arial" w:hAnsi="Arial" w:cs="Arial"/>
          <w:b/>
          <w:color w:val="4B2BA8"/>
          <w:sz w:val="40"/>
          <w:rtl/>
          <w:szCs w:val="40"/>
          <w:bCs/>
        </w:rPr>
        <w:t>חלק ב׳ – 🗺️ דרכון התחנות: 🗺️ מסע המילים</w:t>
      </w:r>
    </w:p>
    <w:p>
      <w:pPr>
        <w:bidi/>
        <w:jc w:val="right"/>
      </w:pPr>
      <w:r>
        <w:rPr>
          <w:rFonts w:ascii="Arial" w:hAnsi="Arial" w:cs="Arial"/>
          <w:color w:val="555577"/>
          <w:sz w:val="24"/>
          <w:rtl/>
          <w:szCs w:val="24"/>
        </w:rPr>
        <w:t>עוברים בחמש תחנות. בכל תחנה יש משימה. בסוף מגלים מילה חשובה. בכל תחנה – פתרו את המשימה וכתבו את אות הקסם שתקבלו מהמורה.</w:t>
      </w:r>
    </w:p>
    <w:p>
      <w:pPr>
        <w:bidi/>
        <w:jc w:val="right"/>
      </w:pPr>
      <w:r>
        <w:rPr>
          <w:rFonts w:ascii="Arial" w:hAnsi="Arial" w:cs="Arial"/>
          <w:b/>
          <w:sz w:val="24"/>
          <w:rtl/>
          <w:szCs w:val="24"/>
          <w:bCs/>
        </w:rPr>
        <w:t>1. 📖 כיתת האולפן – מה השורש של "מכתב"?</w:t>
      </w:r>
    </w:p>
    <w:p>
      <w:pPr>
        <w:bidi/>
        <w:jc w:val="right"/>
      </w:pPr>
      <w:r>
        <w:rPr>
          <w:rFonts w:ascii="Arial" w:hAnsi="Arial" w:cs="Arial"/>
          <w:sz w:val="24"/>
          <w:rtl/>
          <w:szCs w:val="24"/>
        </w:rPr>
        <w:t xml:space="preserve">   ◯ א. מ־כ־ת</w:t>
      </w:r>
    </w:p>
    <w:p>
      <w:pPr>
        <w:bidi/>
        <w:jc w:val="right"/>
      </w:pPr>
      <w:r>
        <w:rPr>
          <w:rFonts w:ascii="Arial" w:hAnsi="Arial" w:cs="Arial"/>
          <w:sz w:val="24"/>
          <w:rtl/>
          <w:szCs w:val="24"/>
        </w:rPr>
        <w:t xml:space="preserve">   ◯ ב. כ־ת־ב</w:t>
      </w:r>
    </w:p>
    <w:p>
      <w:pPr>
        <w:bidi/>
        <w:jc w:val="right"/>
      </w:pPr>
      <w:r>
        <w:rPr>
          <w:rFonts w:ascii="Arial" w:hAnsi="Arial" w:cs="Arial"/>
          <w:sz w:val="24"/>
          <w:rtl/>
          <w:szCs w:val="24"/>
        </w:rPr>
        <w:t xml:space="preserve">   ◯ ג. ת־ב־מ</w:t>
      </w:r>
    </w:p>
    <w:p>
      <w:pPr>
        <w:bidi/>
        <w:jc w:val="right"/>
      </w:pPr>
      <w:r>
        <w:rPr>
          <w:rFonts w:ascii="Arial" w:hAnsi="Arial" w:cs="Arial"/>
          <w:sz w:val="24"/>
          <w:rtl/>
          <w:szCs w:val="24"/>
        </w:rPr>
        <w:t xml:space="preserve">   ◯ ד. כ־ב־ת</w:t>
      </w:r>
    </w:p>
    <w:p>
      <w:pPr>
        <w:bidi/>
        <w:jc w:val="right"/>
      </w:pPr>
      <w:r>
        <w:rPr>
          <w:rFonts w:ascii="Arial" w:hAnsi="Arial" w:cs="Arial"/>
          <w:sz w:val="24"/>
          <w:rtl/>
          <w:szCs w:val="24"/>
        </w:rPr>
        <w:t>2. 👥 פינת הרבים – התאימו יחיד לרבים.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ספר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ערים</w:t>
            </w:r>
          </w:p>
        </w:tc>
      </w:tr>
      <w:tr>
        <w:tc>
          <w:tcPr>
            <w:tcW w:type="dxa" w:w="2606"/>
          </w:tcPr>
          <w:p>
            <w:pPr>
              <w:bidi/>
              <w:jc w:val="right"/>
            </w:pPr>
            <w:r>
              <w:rPr>
                <w:rFonts w:ascii="Arial" w:hAnsi="Arial" w:cs="Arial"/>
                <w:sz w:val="22"/>
                <w:rtl/>
                <w:szCs w:val="22"/>
              </w:rPr>
              <w:t>ילדה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ספרים</w:t>
            </w:r>
          </w:p>
        </w:tc>
      </w:tr>
      <w:tr>
        <w:tc>
          <w:tcPr>
            <w:tcW w:type="dxa" w:w="2606"/>
          </w:tcPr>
          <w:p>
            <w:pPr>
              <w:bidi/>
              <w:jc w:val="right"/>
            </w:pPr>
            <w:r>
              <w:rPr>
                <w:rFonts w:ascii="Arial" w:hAnsi="Arial" w:cs="Arial"/>
                <w:sz w:val="22"/>
                <w:rtl/>
                <w:szCs w:val="22"/>
              </w:rPr>
              <w:t>שולחן</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שולחנות</w:t>
            </w:r>
          </w:p>
        </w:tc>
      </w:tr>
      <w:tr>
        <w:tc>
          <w:tcPr>
            <w:tcW w:type="dxa" w:w="2606"/>
          </w:tcPr>
          <w:p>
            <w:pPr>
              <w:bidi/>
              <w:jc w:val="right"/>
            </w:pPr>
            <w:r>
              <w:rPr>
                <w:rFonts w:ascii="Arial" w:hAnsi="Arial" w:cs="Arial"/>
                <w:sz w:val="22"/>
                <w:rtl/>
                <w:szCs w:val="22"/>
              </w:rPr>
              <w:t>עיר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w:t>
            </w:r>
          </w:p>
        </w:tc>
        <w:tc>
          <w:tcPr>
            <w:tcW w:type="dxa" w:w="2606"/>
          </w:tcPr>
          <w:p>
            <w:pPr>
              <w:bidi/>
              <w:jc w:val="right"/>
            </w:pPr>
            <w:r>
              <w:rPr>
                <w:rFonts w:ascii="Arial" w:hAnsi="Arial" w:cs="Arial"/>
                <w:sz w:val="22"/>
                <w:rtl/>
                <w:szCs w:val="22"/>
              </w:rPr>
              <w:t>ילדות</w:t>
            </w:r>
          </w:p>
        </w:tc>
      </w:tr>
    </w:tbl>
    <w:p>
      <w:pPr>
        <w:bidi/>
        <w:jc w:val="right"/>
      </w:pPr>
    </w:p>
    <w:p>
      <w:pPr>
        <w:bidi/>
        <w:jc w:val="right"/>
      </w:pPr>
      <w:r>
        <w:rPr>
          <w:rFonts w:ascii="Arial" w:hAnsi="Arial" w:cs="Arial"/>
          <w:sz w:val="24"/>
          <w:rtl/>
          <w:szCs w:val="24"/>
        </w:rPr>
        <w:t>3. 🏷️ פינת ה״א – התאימו מילה לפירוש. (כתבו את האות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היגד</w:t>
            </w:r>
          </w:p>
        </w:tc>
        <w:tc>
          <w:tcPr>
            <w:tcW w:type="dxa" w:w="2606"/>
            <w:shd w:val="clear" w:fill="E5DBFF"/>
          </w:tcPr>
          <w:p>
            <w:pPr>
              <w:bidi/>
              <w:jc w:val="right"/>
            </w:pPr>
            <w:r>
              <w:rPr>
                <w:rFonts w:ascii="Arial" w:hAnsi="Arial" w:cs="Arial"/>
                <w:b/>
                <w:sz w:val="22"/>
                <w:rtl/>
                <w:szCs w:val="22"/>
                <w:bCs/>
              </w:rPr>
              <w:t>אות</w:t>
            </w:r>
          </w:p>
        </w:tc>
        <w:tc>
          <w:tcPr>
            <w:tcW w:type="dxa" w:w="2606"/>
            <w:shd w:val="clear" w:fill="E5DBFF"/>
          </w:tcPr>
          <w:p>
            <w:pPr>
              <w:bidi/>
              <w:jc w:val="right"/>
            </w:pPr>
            <w:r>
              <w:rPr>
                <w:rFonts w:ascii="Arial" w:hAnsi="Arial" w:cs="Arial"/>
                <w:b/>
                <w:sz w:val="22"/>
                <w:rtl/>
                <w:szCs w:val="22"/>
                <w:bCs/>
              </w:rPr>
            </w:r>
          </w:p>
        </w:tc>
        <w:tc>
          <w:tcPr>
            <w:tcW w:type="dxa" w:w="2606"/>
            <w:shd w:val="clear" w:fill="E5DBFF"/>
          </w:tcPr>
          <w:p>
            <w:pPr>
              <w:bidi/>
              <w:jc w:val="right"/>
            </w:pPr>
            <w:r>
              <w:rPr>
                <w:rFonts w:ascii="Arial" w:hAnsi="Arial" w:cs="Arial"/>
                <w:b/>
                <w:sz w:val="22"/>
                <w:rtl/>
                <w:szCs w:val="22"/>
                <w:bCs/>
              </w:rPr>
              <w:t>הקשר</w:t>
            </w:r>
          </w:p>
        </w:tc>
      </w:tr>
      <w:tr>
        <w:tc>
          <w:tcPr>
            <w:tcW w:type="dxa" w:w="2606"/>
          </w:tcPr>
          <w:p>
            <w:pPr>
              <w:bidi/>
              <w:jc w:val="right"/>
            </w:pPr>
            <w:r>
              <w:rPr>
                <w:rFonts w:ascii="Arial" w:hAnsi="Arial" w:cs="Arial"/>
                <w:sz w:val="22"/>
                <w:rtl/>
                <w:szCs w:val="22"/>
              </w:rPr>
              <w:t>ספר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w:t>
            </w:r>
          </w:p>
        </w:tc>
        <w:tc>
          <w:tcPr>
            <w:tcW w:type="dxa" w:w="2606"/>
          </w:tcPr>
          <w:p>
            <w:pPr>
              <w:bidi/>
              <w:jc w:val="right"/>
            </w:pPr>
            <w:r>
              <w:rPr>
                <w:rFonts w:ascii="Arial" w:hAnsi="Arial" w:cs="Arial"/>
                <w:sz w:val="22"/>
                <w:rtl/>
                <w:szCs w:val="22"/>
              </w:rPr>
              <w:t>ספר ידוע ומסוים</w:t>
            </w:r>
          </w:p>
        </w:tc>
      </w:tr>
      <w:tr>
        <w:tc>
          <w:tcPr>
            <w:tcW w:type="dxa" w:w="2606"/>
          </w:tcPr>
          <w:p>
            <w:pPr>
              <w:bidi/>
              <w:jc w:val="right"/>
            </w:pPr>
            <w:r>
              <w:rPr>
                <w:rFonts w:ascii="Arial" w:hAnsi="Arial" w:cs="Arial"/>
                <w:sz w:val="22"/>
                <w:rtl/>
                <w:szCs w:val="22"/>
              </w:rPr>
              <w:t>הספר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w:t>
            </w:r>
          </w:p>
        </w:tc>
        <w:tc>
          <w:tcPr>
            <w:tcW w:type="dxa" w:w="2606"/>
          </w:tcPr>
          <w:p>
            <w:pPr>
              <w:bidi/>
              <w:jc w:val="right"/>
            </w:pPr>
            <w:r>
              <w:rPr>
                <w:rFonts w:ascii="Arial" w:hAnsi="Arial" w:cs="Arial"/>
                <w:sz w:val="22"/>
                <w:rtl/>
                <w:szCs w:val="22"/>
              </w:rPr>
              <w:t>בתוך הספר: ב + ה</w:t>
            </w:r>
          </w:p>
        </w:tc>
      </w:tr>
      <w:tr>
        <w:tc>
          <w:tcPr>
            <w:tcW w:type="dxa" w:w="2606"/>
          </w:tcPr>
          <w:p>
            <w:pPr>
              <w:bidi/>
              <w:jc w:val="right"/>
            </w:pPr>
            <w:r>
              <w:rPr>
                <w:rFonts w:ascii="Arial" w:hAnsi="Arial" w:cs="Arial"/>
                <w:sz w:val="22"/>
                <w:rtl/>
                <w:szCs w:val="22"/>
              </w:rPr>
              <w:t>בספר</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w:t>
            </w:r>
          </w:p>
        </w:tc>
        <w:tc>
          <w:tcPr>
            <w:tcW w:type="dxa" w:w="2606"/>
          </w:tcPr>
          <w:p>
            <w:pPr>
              <w:bidi/>
              <w:jc w:val="right"/>
            </w:pPr>
            <w:r>
              <w:rPr>
                <w:rFonts w:ascii="Arial" w:hAnsi="Arial" w:cs="Arial"/>
                <w:sz w:val="22"/>
                <w:rtl/>
                <w:szCs w:val="22"/>
              </w:rPr>
              <w:t>ספר כלשהו, לא ידוע</w:t>
            </w:r>
          </w:p>
        </w:tc>
      </w:tr>
    </w:tbl>
    <w:p>
      <w:pPr>
        <w:bidi/>
        <w:jc w:val="right"/>
      </w:pPr>
    </w:p>
    <w:p>
      <w:pPr>
        <w:bidi/>
        <w:jc w:val="right"/>
      </w:pPr>
      <w:r>
        <w:rPr>
          <w:rFonts w:ascii="Arial" w:hAnsi="Arial" w:cs="Arial"/>
          <w:b/>
          <w:sz w:val="24"/>
          <w:rtl/>
          <w:szCs w:val="24"/>
          <w:bCs/>
        </w:rPr>
        <w:t>4. 🍞 המאפייה – איזו מילה היא מקום?</w:t>
      </w:r>
    </w:p>
    <w:p>
      <w:pPr>
        <w:bidi/>
        <w:jc w:val="right"/>
      </w:pPr>
      <w:r>
        <w:rPr>
          <w:rFonts w:ascii="Arial" w:hAnsi="Arial" w:cs="Arial"/>
          <w:sz w:val="24"/>
          <w:rtl/>
          <w:szCs w:val="24"/>
        </w:rPr>
        <w:t xml:space="preserve">   ◯ א. אופה</w:t>
      </w:r>
    </w:p>
    <w:p>
      <w:pPr>
        <w:bidi/>
        <w:jc w:val="right"/>
      </w:pPr>
      <w:r>
        <w:rPr>
          <w:rFonts w:ascii="Arial" w:hAnsi="Arial" w:cs="Arial"/>
          <w:sz w:val="24"/>
          <w:rtl/>
          <w:szCs w:val="24"/>
        </w:rPr>
        <w:t xml:space="preserve">   ◯ ב. בצק</w:t>
      </w:r>
    </w:p>
    <w:p>
      <w:pPr>
        <w:bidi/>
        <w:jc w:val="right"/>
      </w:pPr>
      <w:r>
        <w:rPr>
          <w:rFonts w:ascii="Arial" w:hAnsi="Arial" w:cs="Arial"/>
          <w:sz w:val="24"/>
          <w:rtl/>
          <w:szCs w:val="24"/>
        </w:rPr>
        <w:t xml:space="preserve">   ◯ ג. חלה</w:t>
      </w:r>
    </w:p>
    <w:p>
      <w:pPr>
        <w:bidi/>
        <w:jc w:val="right"/>
      </w:pPr>
      <w:r>
        <w:rPr>
          <w:rFonts w:ascii="Arial" w:hAnsi="Arial" w:cs="Arial"/>
          <w:sz w:val="24"/>
          <w:rtl/>
          <w:szCs w:val="24"/>
        </w:rPr>
        <w:t xml:space="preserve">   ◯ ד. מאפייה</w:t>
      </w:r>
    </w:p>
    <w:p>
      <w:pPr>
        <w:bidi/>
        <w:jc w:val="right"/>
      </w:pPr>
      <w:r>
        <w:rPr>
          <w:rFonts w:ascii="Arial" w:hAnsi="Arial" w:cs="Arial"/>
          <w:b/>
          <w:sz w:val="24"/>
          <w:rtl/>
          <w:szCs w:val="24"/>
          <w:bCs/>
        </w:rPr>
        <w:t>5. ✉️ הדואר – השלימו: "אני כותבת ___ לחברה."</w:t>
      </w:r>
    </w:p>
    <w:p>
      <w:pPr>
        <w:bidi/>
        <w:jc w:val="right"/>
      </w:pPr>
      <w:r>
        <w:rPr>
          <w:rFonts w:ascii="Arial" w:hAnsi="Arial" w:cs="Arial"/>
          <w:sz w:val="24"/>
          <w:rtl/>
          <w:szCs w:val="24"/>
        </w:rPr>
        <w:t xml:space="preserve">   ◯ א. מכתב</w:t>
      </w:r>
    </w:p>
    <w:p>
      <w:pPr>
        <w:bidi/>
        <w:jc w:val="right"/>
      </w:pPr>
      <w:r>
        <w:rPr>
          <w:rFonts w:ascii="Arial" w:hAnsi="Arial" w:cs="Arial"/>
          <w:sz w:val="24"/>
          <w:rtl/>
          <w:szCs w:val="24"/>
        </w:rPr>
        <w:t xml:space="preserve">   ◯ ב. כתובת</w:t>
      </w:r>
    </w:p>
    <w:p>
      <w:pPr>
        <w:bidi/>
        <w:jc w:val="right"/>
      </w:pPr>
      <w:r>
        <w:rPr>
          <w:rFonts w:ascii="Arial" w:hAnsi="Arial" w:cs="Arial"/>
          <w:sz w:val="24"/>
          <w:rtl/>
          <w:szCs w:val="24"/>
        </w:rPr>
        <w:t xml:space="preserve">   ◯ ג. כתר</w:t>
      </w:r>
    </w:p>
    <w:p>
      <w:pPr>
        <w:bidi/>
        <w:jc w:val="right"/>
      </w:pPr>
      <w:r>
        <w:rPr>
          <w:rFonts w:ascii="Arial" w:hAnsi="Arial" w:cs="Arial"/>
          <w:sz w:val="24"/>
          <w:rtl/>
          <w:szCs w:val="24"/>
        </w:rPr>
        <w:t xml:space="preserve">   ◯ ד. כותב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1738"/>
        <w:gridCol w:w="1738"/>
        <w:gridCol w:w="1738"/>
        <w:gridCol w:w="1738"/>
        <w:gridCol w:w="1738"/>
        <w:gridCol w:w="1738"/>
      </w:tblGrid>
      <w:tr>
        <w:tc>
          <w:tcPr>
            <w:tcW w:type="dxa" w:w="1738"/>
            <w:shd w:val="clear" w:fill="E5DBFF"/>
          </w:tcPr>
          <w:p>
            <w:pPr>
              <w:bidi/>
              <w:jc w:val="right"/>
            </w:pPr>
            <w:r>
              <w:rPr>
                <w:rFonts w:ascii="Arial" w:hAnsi="Arial" w:cs="Arial"/>
                <w:b/>
                <w:sz w:val="22"/>
                <w:rtl/>
                <w:szCs w:val="22"/>
                <w:bCs/>
              </w:rPr>
              <w:t>תחנה</w:t>
            </w:r>
          </w:p>
        </w:tc>
        <w:tc>
          <w:tcPr>
            <w:tcW w:type="dxa" w:w="1738"/>
            <w:shd w:val="clear" w:fill="E5DBFF"/>
          </w:tcPr>
          <w:p>
            <w:pPr>
              <w:bidi/>
              <w:jc w:val="right"/>
            </w:pPr>
            <w:r>
              <w:rPr>
                <w:rFonts w:ascii="Arial" w:hAnsi="Arial" w:cs="Arial"/>
                <w:b/>
                <w:sz w:val="22"/>
                <w:rtl/>
                <w:szCs w:val="22"/>
                <w:bCs/>
              </w:rPr>
              <w:t>1</w:t>
            </w:r>
          </w:p>
        </w:tc>
        <w:tc>
          <w:tcPr>
            <w:tcW w:type="dxa" w:w="1738"/>
            <w:shd w:val="clear" w:fill="E5DBFF"/>
          </w:tcPr>
          <w:p>
            <w:pPr>
              <w:bidi/>
              <w:jc w:val="right"/>
            </w:pPr>
            <w:r>
              <w:rPr>
                <w:rFonts w:ascii="Arial" w:hAnsi="Arial" w:cs="Arial"/>
                <w:b/>
                <w:sz w:val="22"/>
                <w:rtl/>
                <w:szCs w:val="22"/>
                <w:bCs/>
              </w:rPr>
              <w:t>2</w:t>
            </w:r>
          </w:p>
        </w:tc>
        <w:tc>
          <w:tcPr>
            <w:tcW w:type="dxa" w:w="1738"/>
            <w:shd w:val="clear" w:fill="E5DBFF"/>
          </w:tcPr>
          <w:p>
            <w:pPr>
              <w:bidi/>
              <w:jc w:val="right"/>
            </w:pPr>
            <w:r>
              <w:rPr>
                <w:rFonts w:ascii="Arial" w:hAnsi="Arial" w:cs="Arial"/>
                <w:b/>
                <w:sz w:val="22"/>
                <w:rtl/>
                <w:szCs w:val="22"/>
                <w:bCs/>
              </w:rPr>
              <w:t>3</w:t>
            </w:r>
          </w:p>
        </w:tc>
        <w:tc>
          <w:tcPr>
            <w:tcW w:type="dxa" w:w="1738"/>
            <w:shd w:val="clear" w:fill="E5DBFF"/>
          </w:tcPr>
          <w:p>
            <w:pPr>
              <w:bidi/>
              <w:jc w:val="right"/>
            </w:pPr>
            <w:r>
              <w:rPr>
                <w:rFonts w:ascii="Arial" w:hAnsi="Arial" w:cs="Arial"/>
                <w:b/>
                <w:sz w:val="22"/>
                <w:rtl/>
                <w:szCs w:val="22"/>
                <w:bCs/>
              </w:rPr>
              <w:t>4</w:t>
            </w:r>
          </w:p>
        </w:tc>
        <w:tc>
          <w:tcPr>
            <w:tcW w:type="dxa" w:w="1738"/>
            <w:shd w:val="clear" w:fill="E5DBFF"/>
          </w:tcPr>
          <w:p>
            <w:pPr>
              <w:bidi/>
              <w:jc w:val="right"/>
            </w:pPr>
            <w:r>
              <w:rPr>
                <w:rFonts w:ascii="Arial" w:hAnsi="Arial" w:cs="Arial"/>
                <w:b/>
                <w:sz w:val="22"/>
                <w:rtl/>
                <w:szCs w:val="22"/>
                <w:bCs/>
              </w:rPr>
              <w:t>5</w:t>
            </w:r>
          </w:p>
        </w:tc>
      </w:tr>
      <w:tr>
        <w:tc>
          <w:tcPr>
            <w:tcW w:type="dxa" w:w="1738"/>
          </w:tcPr>
          <w:p>
            <w:pPr>
              <w:bidi/>
              <w:jc w:val="right"/>
            </w:pPr>
            <w:r>
              <w:rPr>
                <w:rFonts w:ascii="Arial" w:hAnsi="Arial" w:cs="Arial"/>
                <w:sz w:val="22"/>
                <w:rtl/>
                <w:szCs w:val="22"/>
              </w:rPr>
              <w:t>אות קסם</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c>
          <w:tcPr>
            <w:tcW w:type="dxa" w:w="1738"/>
          </w:tcPr>
          <w:p>
            <w:pPr>
              <w:bidi/>
              <w:jc w:val="right"/>
            </w:pPr>
            <w:r>
              <w:rPr>
                <w:rFonts w:ascii="Arial" w:hAnsi="Arial" w:cs="Arial"/>
                <w:sz w:val="22"/>
                <w:rtl/>
                <w:szCs w:val="22"/>
              </w:rPr>
              <w:t>☐</w:t>
            </w:r>
          </w:p>
        </w:tc>
      </w:tr>
    </w:tbl>
    <w:p>
      <w:pPr>
        <w:bidi/>
        <w:jc w:val="right"/>
      </w:pPr>
    </w:p>
    <w:p>
      <w:pPr>
        <w:bidi/>
        <w:jc w:val="right"/>
      </w:pPr>
      <w:r>
        <w:rPr>
          <w:rFonts w:ascii="Arial" w:hAnsi="Arial" w:cs="Arial"/>
          <w:sz w:val="24"/>
          <w:rtl/>
          <w:szCs w:val="24"/>
        </w:rPr>
        <w:t>🚪 קוד היציאה: ______________</w:t>
      </w:r>
    </w:p>
    <w:p>
      <w:pPr>
        <w:bidi/>
        <w:pStyle w:val="Heading2"/>
        <w:jc w:val="right"/>
      </w:pPr>
      <w:r>
        <w:rPr>
          <w:rFonts w:ascii="Arial" w:hAnsi="Arial" w:cs="Arial"/>
          <w:b/>
          <w:color w:val="6A3FD4"/>
          <w:sz w:val="32"/>
          <w:rtl/>
          <w:szCs w:val="32"/>
          <w:bCs/>
        </w:rPr>
        <w:t>⏳🗂️ 🧩 מסדרים וממיינים</w:t>
      </w:r>
    </w:p>
    <w:p>
      <w:pPr>
        <w:bidi/>
        <w:jc w:val="right"/>
      </w:pPr>
      <w:r>
        <w:rPr>
          <w:rFonts w:ascii="Arial" w:hAnsi="Arial" w:cs="Arial"/>
          <w:color w:val="555577"/>
          <w:sz w:val="24"/>
          <w:rtl/>
          <w:szCs w:val="24"/>
        </w:rPr>
        <w:t>קראו, סדרו ומיינו. אפשר לעבוד בזוגות.</w:t>
      </w:r>
    </w:p>
    <w:p>
      <w:pPr>
        <w:bidi/>
        <w:jc w:val="right"/>
      </w:pPr>
      <w:r>
        <w:rPr>
          <w:rFonts w:ascii="Arial" w:hAnsi="Arial" w:cs="Arial"/>
          <w:sz w:val="24"/>
          <w:rtl/>
          <w:szCs w:val="24"/>
        </w:rPr>
        <w:t>סדרו את המשפט. – מספרו לפי הסדר (1 = ראשון):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מספר</w:t>
            </w:r>
          </w:p>
        </w:tc>
        <w:tc>
          <w:tcPr>
            <w:tcW w:type="dxa" w:w="5213"/>
            <w:shd w:val="clear" w:fill="E5DBFF"/>
          </w:tcPr>
          <w:p>
            <w:pPr>
              <w:bidi/>
              <w:jc w:val="right"/>
            </w:pPr>
            <w:r>
              <w:rPr>
                <w:rFonts w:ascii="Arial" w:hAnsi="Arial" w:cs="Arial"/>
                <w:b/>
                <w:sz w:val="22"/>
                <w:rtl/>
                <w:szCs w:val="22"/>
                <w:bCs/>
              </w:rPr>
              <w:t>האירוע / השלב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אני</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מכתב</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לחברה</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שלי</w:t>
            </w:r>
          </w:p>
        </w:tc>
      </w:tr>
      <w:tr>
        <w:tc>
          <w:tcPr>
            <w:tcW w:type="dxa" w:w="5213"/>
          </w:tcPr>
          <w:p>
            <w:pPr>
              <w:bidi/>
              <w:jc w:val="right"/>
            </w:pPr>
            <w:r>
              <w:rPr>
                <w:rFonts w:ascii="Arial" w:hAnsi="Arial" w:cs="Arial"/>
                <w:sz w:val="22"/>
                <w:rtl/>
                <w:szCs w:val="22"/>
              </w:rPr>
              <w:t>( )</w:t>
            </w:r>
          </w:p>
        </w:tc>
        <w:tc>
          <w:tcPr>
            <w:tcW w:type="dxa" w:w="5213"/>
          </w:tcPr>
          <w:p>
            <w:pPr>
              <w:bidi/>
              <w:jc w:val="right"/>
            </w:pPr>
            <w:r>
              <w:rPr>
                <w:rFonts w:ascii="Arial" w:hAnsi="Arial" w:cs="Arial"/>
                <w:sz w:val="22"/>
                <w:rtl/>
                <w:szCs w:val="22"/>
              </w:rPr>
              <w:t>כותבת</w:t>
            </w:r>
          </w:p>
        </w:tc>
      </w:tr>
    </w:tbl>
    <w:p>
      <w:pPr>
        <w:bidi/>
        <w:jc w:val="right"/>
      </w:pPr>
    </w:p>
    <w:p>
      <w:pPr>
        <w:bidi/>
        <w:jc w:val="right"/>
      </w:pPr>
      <w:r>
        <w:rPr>
          <w:rFonts w:ascii="Arial" w:hAnsi="Arial" w:cs="Arial"/>
          <w:sz w:val="24"/>
          <w:rtl/>
          <w:szCs w:val="24"/>
        </w:rPr>
        <w:t>איזו משפחה: כ־ת־ב או ס־פ־ר? – סמנו ✓ בעמודה המתאימה: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כרטיס</w:t>
            </w:r>
          </w:p>
        </w:tc>
        <w:tc>
          <w:tcPr>
            <w:tcW w:type="dxa" w:w="3475"/>
            <w:shd w:val="clear" w:fill="E5DBFF"/>
          </w:tcPr>
          <w:p>
            <w:pPr>
              <w:bidi/>
              <w:jc w:val="right"/>
            </w:pPr>
            <w:r>
              <w:rPr>
                <w:rFonts w:ascii="Arial" w:hAnsi="Arial" w:cs="Arial"/>
                <w:b/>
                <w:sz w:val="22"/>
                <w:rtl/>
                <w:szCs w:val="22"/>
                <w:bCs/>
              </w:rPr>
              <w:t>כ־ת־ב ✍️</w:t>
            </w:r>
          </w:p>
        </w:tc>
        <w:tc>
          <w:tcPr>
            <w:tcW w:type="dxa" w:w="3475"/>
            <w:shd w:val="clear" w:fill="E5DBFF"/>
          </w:tcPr>
          <w:p>
            <w:pPr>
              <w:bidi/>
              <w:jc w:val="right"/>
            </w:pPr>
            <w:r>
              <w:rPr>
                <w:rFonts w:ascii="Arial" w:hAnsi="Arial" w:cs="Arial"/>
                <w:b/>
                <w:sz w:val="22"/>
                <w:rtl/>
                <w:szCs w:val="22"/>
                <w:bCs/>
              </w:rPr>
              <w:t>ס־פ־ר 📚</w:t>
            </w:r>
          </w:p>
        </w:tc>
      </w:tr>
      <w:tr>
        <w:tc>
          <w:tcPr>
            <w:tcW w:type="dxa" w:w="3475"/>
          </w:tcPr>
          <w:p>
            <w:pPr>
              <w:bidi/>
              <w:jc w:val="right"/>
            </w:pPr>
            <w:r>
              <w:rPr>
                <w:rFonts w:ascii="Arial" w:hAnsi="Arial" w:cs="Arial"/>
                <w:sz w:val="22"/>
                <w:rtl/>
                <w:szCs w:val="22"/>
              </w:rPr>
              <w:t>כתובת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מספר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ספר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ספרייה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מכתב</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כותבת</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רצועות מיון לגזירה</w:t>
      </w:r>
    </w:p>
    <w:p>
      <w:pPr>
        <w:bidi/>
        <w:jc w:val="right"/>
      </w:pPr>
      <w:r>
        <w:rPr>
          <w:rFonts w:ascii="Arial" w:hAnsi="Arial" w:cs="Arial"/>
          <w:sz w:val="24"/>
          <w:rtl/>
          <w:szCs w:val="24"/>
        </w:rPr>
        <w:t>• אני</w:t>
      </w:r>
    </w:p>
    <w:p>
      <w:pPr>
        <w:bidi/>
        <w:jc w:val="right"/>
      </w:pPr>
      <w:r>
        <w:rPr>
          <w:rFonts w:ascii="Arial" w:hAnsi="Arial" w:cs="Arial"/>
          <w:sz w:val="24"/>
          <w:rtl/>
          <w:szCs w:val="24"/>
        </w:rPr>
        <w:t>• כותבת</w:t>
      </w:r>
    </w:p>
    <w:p>
      <w:pPr>
        <w:bidi/>
        <w:jc w:val="right"/>
      </w:pPr>
      <w:r>
        <w:rPr>
          <w:rFonts w:ascii="Arial" w:hAnsi="Arial" w:cs="Arial"/>
          <w:sz w:val="24"/>
          <w:rtl/>
          <w:szCs w:val="24"/>
        </w:rPr>
        <w:t>• מכתב</w:t>
      </w:r>
    </w:p>
    <w:p>
      <w:pPr>
        <w:bidi/>
        <w:jc w:val="right"/>
      </w:pPr>
      <w:r>
        <w:rPr>
          <w:rFonts w:ascii="Arial" w:hAnsi="Arial" w:cs="Arial"/>
          <w:sz w:val="24"/>
          <w:rtl/>
          <w:szCs w:val="24"/>
        </w:rPr>
        <w:t>• לחברה</w:t>
      </w:r>
    </w:p>
    <w:p>
      <w:pPr>
        <w:bidi/>
        <w:jc w:val="right"/>
      </w:pPr>
      <w:r>
        <w:rPr>
          <w:rFonts w:ascii="Arial" w:hAnsi="Arial" w:cs="Arial"/>
          <w:sz w:val="24"/>
          <w:rtl/>
          <w:szCs w:val="24"/>
        </w:rPr>
        <w:t>• שלי</w:t>
      </w:r>
    </w:p>
    <w:p>
      <w:pPr>
        <w:bidi/>
        <w:jc w:val="right"/>
      </w:pPr>
      <w:r>
        <w:rPr>
          <w:rFonts w:ascii="Arial" w:hAnsi="Arial" w:cs="Arial"/>
          <w:sz w:val="24"/>
          <w:rtl/>
          <w:szCs w:val="24"/>
        </w:rPr>
        <w:t>• מכתב</w:t>
      </w:r>
    </w:p>
    <w:p>
      <w:pPr>
        <w:bidi/>
        <w:jc w:val="right"/>
      </w:pPr>
      <w:r>
        <w:rPr>
          <w:rFonts w:ascii="Arial" w:hAnsi="Arial" w:cs="Arial"/>
          <w:sz w:val="24"/>
          <w:rtl/>
          <w:szCs w:val="24"/>
        </w:rPr>
        <w:t>• ספר</w:t>
      </w:r>
    </w:p>
    <w:p>
      <w:pPr>
        <w:bidi/>
        <w:jc w:val="right"/>
      </w:pPr>
      <w:r>
        <w:rPr>
          <w:rFonts w:ascii="Arial" w:hAnsi="Arial" w:cs="Arial"/>
          <w:sz w:val="24"/>
          <w:rtl/>
          <w:szCs w:val="24"/>
        </w:rPr>
        <w:t>• כתובת</w:t>
      </w:r>
    </w:p>
    <w:p>
      <w:pPr>
        <w:bidi/>
        <w:jc w:val="right"/>
      </w:pPr>
      <w:r>
        <w:rPr>
          <w:rFonts w:ascii="Arial" w:hAnsi="Arial" w:cs="Arial"/>
          <w:sz w:val="24"/>
          <w:rtl/>
          <w:szCs w:val="24"/>
        </w:rPr>
        <w:t>• ספרייה</w:t>
      </w:r>
    </w:p>
    <w:p>
      <w:pPr>
        <w:bidi/>
        <w:jc w:val="right"/>
      </w:pPr>
      <w:r>
        <w:rPr>
          <w:rFonts w:ascii="Arial" w:hAnsi="Arial" w:cs="Arial"/>
          <w:sz w:val="24"/>
          <w:rtl/>
          <w:szCs w:val="24"/>
        </w:rPr>
        <w:t>• כותבת</w:t>
      </w:r>
    </w:p>
    <w:p>
      <w:pPr>
        <w:bidi/>
        <w:jc w:val="right"/>
      </w:pPr>
      <w:r>
        <w:rPr>
          <w:rFonts w:ascii="Arial" w:hAnsi="Arial" w:cs="Arial"/>
          <w:sz w:val="24"/>
          <w:rtl/>
          <w:szCs w:val="24"/>
        </w:rPr>
        <w:t>• מספר</w:t>
      </w:r>
    </w:p>
    <w:p>
      <w:pPr>
        <w:bidi/>
        <w:jc w:val="right"/>
      </w:pPr>
      <w:r>
        <w:rPr>
          <w:rFonts w:ascii="Arial" w:hAnsi="Arial" w:cs="Arial"/>
          <w:color w:val="888888"/>
          <w:sz w:val="22"/>
          <w:rtl/>
          <w:szCs w:val="22"/>
        </w:rPr>
        <w:t>✂ - - - - - - - - - - - - - - - - - - - - - - - - - - - - - - - -</w:t>
      </w:r>
    </w:p>
    <w:p>
      <w:r>
        <w:br w:type="page"/>
      </w:r>
    </w:p>
    <w:p>
      <w:pPr>
        <w:bidi/>
        <w:pStyle w:val="Heading1"/>
        <w:jc w:val="right"/>
      </w:pPr>
      <w:r>
        <w:rPr>
          <w:rFonts w:ascii="Arial" w:hAnsi="Arial" w:cs="Arial"/>
          <w:b/>
          <w:color w:val="4B2BA8"/>
          <w:sz w:val="40"/>
          <w:rtl/>
          <w:szCs w:val="40"/>
          <w:bCs/>
        </w:rPr>
        <w:t>חלק ג׳ – 🔮 🔮 נחשו: אנה קוראת שלטים</w:t>
      </w:r>
    </w:p>
    <w:p>
      <w:pPr>
        <w:bidi/>
        <w:jc w:val="right"/>
      </w:pPr>
      <w:r>
        <w:rPr>
          <w:rFonts w:ascii="Arial" w:hAnsi="Arial" w:cs="Arial"/>
          <w:color w:val="555577"/>
          <w:sz w:val="24"/>
          <w:rtl/>
          <w:szCs w:val="24"/>
        </w:rPr>
        <w:t>קראו כל קטע, הקיפו את הניבוי שלכם – ורק אז המורה תקרא את ההמשך.</w:t>
      </w:r>
    </w:p>
    <w:p>
      <w:pPr>
        <w:bidi/>
        <w:jc w:val="right"/>
      </w:pPr>
      <w:r>
        <w:rPr>
          <w:rFonts w:ascii="Arial" w:hAnsi="Arial" w:cs="Arial"/>
          <w:b/>
          <w:color w:val="6A3FD4"/>
          <w:sz w:val="26"/>
          <w:rtl/>
          <w:szCs w:val="26"/>
          <w:bCs/>
        </w:rPr>
        <w:t>▌ קטע 1</w:t>
      </w:r>
    </w:p>
    <w:p>
      <w:pPr>
        <w:bidi/>
        <w:jc w:val="right"/>
      </w:pPr>
      <w:r>
        <w:rPr>
          <w:rFonts w:ascii="Arial" w:hAnsi="Arial" w:cs="Arial"/>
          <w:sz w:val="24"/>
          <w:rtl/>
          <w:szCs w:val="24"/>
        </w:rPr>
        <w:t>אנה הולכת ברחוב. היא רואה שלט: "מספרה".</w:t>
      </w:r>
    </w:p>
    <w:p>
      <w:pPr>
        <w:bidi/>
        <w:jc w:val="right"/>
      </w:pPr>
      <w:r>
        <w:rPr>
          <w:rFonts w:ascii="Arial" w:hAnsi="Arial" w:cs="Arial"/>
          <w:b/>
          <w:sz w:val="24"/>
          <w:rtl/>
          <w:szCs w:val="24"/>
          <w:bCs/>
        </w:rPr>
        <w:t>1. מה יש שם?</w:t>
      </w:r>
    </w:p>
    <w:p>
      <w:pPr>
        <w:bidi/>
        <w:jc w:val="right"/>
      </w:pPr>
      <w:r>
        <w:rPr>
          <w:rFonts w:ascii="Arial" w:hAnsi="Arial" w:cs="Arial"/>
          <w:sz w:val="24"/>
          <w:rtl/>
          <w:szCs w:val="24"/>
        </w:rPr>
        <w:t xml:space="preserve">   ◯ א. חנות ספרים</w:t>
      </w:r>
    </w:p>
    <w:p>
      <w:pPr>
        <w:bidi/>
        <w:jc w:val="right"/>
      </w:pPr>
      <w:r>
        <w:rPr>
          <w:rFonts w:ascii="Arial" w:hAnsi="Arial" w:cs="Arial"/>
          <w:sz w:val="24"/>
          <w:rtl/>
          <w:szCs w:val="24"/>
        </w:rPr>
        <w:t xml:space="preserve">   ◯ ב. מקום שמסתפרים בו</w:t>
      </w:r>
    </w:p>
    <w:p>
      <w:pPr>
        <w:bidi/>
        <w:jc w:val="right"/>
      </w:pPr>
      <w:r>
        <w:rPr>
          <w:rFonts w:ascii="Arial" w:hAnsi="Arial" w:cs="Arial"/>
          <w:sz w:val="24"/>
          <w:rtl/>
          <w:szCs w:val="24"/>
        </w:rPr>
        <w:t xml:space="preserve">   ◯ ג. בית ספר</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2</w:t>
      </w:r>
    </w:p>
    <w:p>
      <w:pPr>
        <w:bidi/>
        <w:jc w:val="right"/>
      </w:pPr>
      <w:r>
        <w:rPr>
          <w:rFonts w:ascii="Arial" w:hAnsi="Arial" w:cs="Arial"/>
          <w:sz w:val="24"/>
          <w:rtl/>
          <w:szCs w:val="24"/>
        </w:rPr>
        <w:t>אחר כך אנה רואה שלט: "מכבסה". היא נזכרת במילה "כביסה".</w:t>
      </w:r>
    </w:p>
    <w:p>
      <w:pPr>
        <w:bidi/>
        <w:jc w:val="right"/>
      </w:pPr>
      <w:r>
        <w:rPr>
          <w:rFonts w:ascii="Arial" w:hAnsi="Arial" w:cs="Arial"/>
          <w:b/>
          <w:sz w:val="24"/>
          <w:rtl/>
          <w:szCs w:val="24"/>
          <w:bCs/>
        </w:rPr>
        <w:t>2. מה עושים במכבסה?</w:t>
      </w:r>
    </w:p>
    <w:p>
      <w:pPr>
        <w:bidi/>
        <w:jc w:val="right"/>
      </w:pPr>
      <w:r>
        <w:rPr>
          <w:rFonts w:ascii="Arial" w:hAnsi="Arial" w:cs="Arial"/>
          <w:sz w:val="24"/>
          <w:rtl/>
          <w:szCs w:val="24"/>
        </w:rPr>
        <w:t xml:space="preserve">   ◯ א. מבשלים</w:t>
      </w:r>
    </w:p>
    <w:p>
      <w:pPr>
        <w:bidi/>
        <w:jc w:val="right"/>
      </w:pPr>
      <w:r>
        <w:rPr>
          <w:rFonts w:ascii="Arial" w:hAnsi="Arial" w:cs="Arial"/>
          <w:sz w:val="24"/>
          <w:rtl/>
          <w:szCs w:val="24"/>
        </w:rPr>
        <w:t xml:space="preserve">   ◯ ב. קונים ספרים</w:t>
      </w:r>
    </w:p>
    <w:p>
      <w:pPr>
        <w:bidi/>
        <w:jc w:val="right"/>
      </w:pPr>
      <w:r>
        <w:rPr>
          <w:rFonts w:ascii="Arial" w:hAnsi="Arial" w:cs="Arial"/>
          <w:sz w:val="24"/>
          <w:rtl/>
          <w:szCs w:val="24"/>
        </w:rPr>
        <w:t xml:space="preserve">   ◯ ג. מכבסים בגדים</w:t>
      </w:r>
    </w:p>
    <w:p>
      <w:pPr>
        <w:bidi/>
        <w:jc w:val="right"/>
      </w:pPr>
      <w:r>
        <w:rPr>
          <w:rFonts w:ascii="Arial" w:hAnsi="Arial" w:cs="Arial"/>
          <w:sz w:val="24"/>
          <w:rtl/>
          <w:szCs w:val="24"/>
        </w:rPr>
        <w:t>מה קרה באמת? ____________________________</w:t>
      </w:r>
    </w:p>
    <w:p>
      <w:pPr>
        <w:bidi/>
        <w:jc w:val="right"/>
      </w:pPr>
      <w:r>
        <w:rPr>
          <w:rFonts w:ascii="Arial" w:hAnsi="Arial" w:cs="Arial"/>
          <w:b/>
          <w:color w:val="6A3FD4"/>
          <w:sz w:val="26"/>
          <w:rtl/>
          <w:szCs w:val="26"/>
          <w:bCs/>
        </w:rPr>
        <w:t>▌ קטע 3</w:t>
      </w:r>
    </w:p>
    <w:p>
      <w:pPr>
        <w:bidi/>
        <w:jc w:val="right"/>
      </w:pPr>
      <w:r>
        <w:rPr>
          <w:rFonts w:ascii="Arial" w:hAnsi="Arial" w:cs="Arial"/>
          <w:sz w:val="24"/>
          <w:rtl/>
          <w:szCs w:val="24"/>
        </w:rPr>
        <w:t>בסוף היום אנה רואה שלט ישן. האותיות מחוקות: "מ _ _ _ ה". ליד השלט יש ריח של לחם. 🍞</w:t>
      </w:r>
    </w:p>
    <w:p>
      <w:pPr>
        <w:bidi/>
        <w:jc w:val="right"/>
      </w:pPr>
      <w:r>
        <w:rPr>
          <w:rFonts w:ascii="Arial" w:hAnsi="Arial" w:cs="Arial"/>
          <w:b/>
          <w:sz w:val="24"/>
          <w:rtl/>
          <w:szCs w:val="24"/>
          <w:bCs/>
        </w:rPr>
        <w:t>3. מה המילה?</w:t>
      </w:r>
    </w:p>
    <w:p>
      <w:pPr>
        <w:bidi/>
        <w:jc w:val="right"/>
      </w:pPr>
      <w:r>
        <w:rPr>
          <w:rFonts w:ascii="Arial" w:hAnsi="Arial" w:cs="Arial"/>
          <w:sz w:val="24"/>
          <w:rtl/>
          <w:szCs w:val="24"/>
        </w:rPr>
        <w:t xml:space="preserve">   ◯ א. מאפייה</w:t>
      </w:r>
    </w:p>
    <w:p>
      <w:pPr>
        <w:bidi/>
        <w:jc w:val="right"/>
      </w:pPr>
      <w:r>
        <w:rPr>
          <w:rFonts w:ascii="Arial" w:hAnsi="Arial" w:cs="Arial"/>
          <w:sz w:val="24"/>
          <w:rtl/>
          <w:szCs w:val="24"/>
        </w:rPr>
        <w:t xml:space="preserve">   ◯ ב. מספרה</w:t>
      </w:r>
    </w:p>
    <w:p>
      <w:pPr>
        <w:bidi/>
        <w:jc w:val="right"/>
      </w:pPr>
      <w:r>
        <w:rPr>
          <w:rFonts w:ascii="Arial" w:hAnsi="Arial" w:cs="Arial"/>
          <w:sz w:val="24"/>
          <w:rtl/>
          <w:szCs w:val="24"/>
        </w:rPr>
        <w:t xml:space="preserve">   ◯ ג. מכבסה</w:t>
      </w:r>
    </w:p>
    <w:p>
      <w:pPr>
        <w:bidi/>
        <w:jc w:val="right"/>
      </w:pPr>
      <w:r>
        <w:rPr>
          <w:rFonts w:ascii="Arial" w:hAnsi="Arial" w:cs="Arial"/>
          <w:sz w:val="24"/>
          <w:rtl/>
          <w:szCs w:val="24"/>
        </w:rPr>
        <w:t>מה קרה באמת? ____________________________</w:t>
      </w:r>
    </w:p>
    <w:p>
      <w:pPr>
        <w:bidi/>
        <w:pStyle w:val="Heading2"/>
        <w:jc w:val="right"/>
      </w:pPr>
      <w:r>
        <w:rPr>
          <w:rFonts w:ascii="Arial" w:hAnsi="Arial" w:cs="Arial"/>
          <w:b/>
          <w:color w:val="6A3FD4"/>
          <w:sz w:val="32"/>
          <w:rtl/>
          <w:szCs w:val="32"/>
          <w:bCs/>
        </w:rPr>
        <w:t>🧩 🤔 יוצא דופן</w:t>
      </w:r>
    </w:p>
    <w:p>
      <w:pPr>
        <w:bidi/>
        <w:jc w:val="right"/>
      </w:pPr>
      <w:r>
        <w:rPr>
          <w:rFonts w:ascii="Arial" w:hAnsi="Arial" w:cs="Arial"/>
          <w:b/>
          <w:sz w:val="24"/>
          <w:rtl/>
          <w:szCs w:val="24"/>
          <w:bCs/>
        </w:rPr>
        <w:t>1. מי יוצא הדופן?</w:t>
      </w:r>
    </w:p>
    <w:p>
      <w:pPr>
        <w:bidi/>
        <w:jc w:val="right"/>
      </w:pPr>
      <w:r>
        <w:rPr>
          <w:rFonts w:ascii="Arial" w:hAnsi="Arial" w:cs="Arial"/>
          <w:sz w:val="24"/>
          <w:rtl/>
          <w:szCs w:val="24"/>
        </w:rPr>
        <w:t xml:space="preserve">   ◯ א. מכתב</w:t>
      </w:r>
    </w:p>
    <w:p>
      <w:pPr>
        <w:bidi/>
        <w:jc w:val="right"/>
      </w:pPr>
      <w:r>
        <w:rPr>
          <w:rFonts w:ascii="Arial" w:hAnsi="Arial" w:cs="Arial"/>
          <w:sz w:val="24"/>
          <w:rtl/>
          <w:szCs w:val="24"/>
        </w:rPr>
        <w:t xml:space="preserve">   ◯ ב. ספר</w:t>
      </w:r>
    </w:p>
    <w:p>
      <w:pPr>
        <w:bidi/>
        <w:jc w:val="right"/>
      </w:pPr>
      <w:r>
        <w:rPr>
          <w:rFonts w:ascii="Arial" w:hAnsi="Arial" w:cs="Arial"/>
          <w:sz w:val="24"/>
          <w:rtl/>
          <w:szCs w:val="24"/>
        </w:rPr>
        <w:t xml:space="preserve">   ◯ ג. כתובת</w:t>
      </w:r>
    </w:p>
    <w:p>
      <w:pPr>
        <w:bidi/>
        <w:jc w:val="right"/>
      </w:pPr>
      <w:r>
        <w:rPr>
          <w:rFonts w:ascii="Arial" w:hAnsi="Arial" w:cs="Arial"/>
          <w:sz w:val="24"/>
          <w:rtl/>
          <w:szCs w:val="24"/>
        </w:rPr>
        <w:t xml:space="preserve">   ◯ ד. כותבת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לא מהשורש כ־ת־ב</w:t>
      </w:r>
    </w:p>
    <w:p>
      <w:pPr>
        <w:bidi/>
        <w:jc w:val="right"/>
      </w:pPr>
      <w:r>
        <w:rPr>
          <w:rFonts w:ascii="Arial" w:hAnsi="Arial" w:cs="Arial"/>
          <w:sz w:val="24"/>
          <w:rtl/>
          <w:szCs w:val="24"/>
        </w:rPr>
        <w:t xml:space="preserve">   ◯ ב. הוא קצר</w:t>
      </w:r>
    </w:p>
    <w:p>
      <w:pPr>
        <w:bidi/>
        <w:jc w:val="right"/>
      </w:pPr>
      <w:r>
        <w:rPr>
          <w:rFonts w:ascii="Arial" w:hAnsi="Arial" w:cs="Arial"/>
          <w:sz w:val="24"/>
          <w:rtl/>
          <w:szCs w:val="24"/>
        </w:rPr>
        <w:t xml:space="preserve">   ◯ ג. הוא בנקבה</w:t>
      </w:r>
    </w:p>
    <w:p>
      <w:pPr>
        <w:bidi/>
        <w:jc w:val="right"/>
      </w:pPr>
      <w:r>
        <w:rPr>
          <w:rFonts w:ascii="Arial" w:hAnsi="Arial" w:cs="Arial"/>
          <w:b/>
          <w:sz w:val="24"/>
          <w:rtl/>
          <w:szCs w:val="24"/>
          <w:bCs/>
        </w:rPr>
        <w:t>2. מי יוצא הדופן?</w:t>
      </w:r>
    </w:p>
    <w:p>
      <w:pPr>
        <w:bidi/>
        <w:jc w:val="right"/>
      </w:pPr>
      <w:r>
        <w:rPr>
          <w:rFonts w:ascii="Arial" w:hAnsi="Arial" w:cs="Arial"/>
          <w:sz w:val="24"/>
          <w:rtl/>
          <w:szCs w:val="24"/>
        </w:rPr>
        <w:t xml:space="preserve">   ◯ א. מספרה</w:t>
      </w:r>
    </w:p>
    <w:p>
      <w:pPr>
        <w:bidi/>
        <w:jc w:val="right"/>
      </w:pPr>
      <w:r>
        <w:rPr>
          <w:rFonts w:ascii="Arial" w:hAnsi="Arial" w:cs="Arial"/>
          <w:sz w:val="24"/>
          <w:rtl/>
          <w:szCs w:val="24"/>
        </w:rPr>
        <w:t xml:space="preserve">   ◯ ב. מאפייה</w:t>
      </w:r>
    </w:p>
    <w:p>
      <w:pPr>
        <w:bidi/>
        <w:jc w:val="right"/>
      </w:pPr>
      <w:r>
        <w:rPr>
          <w:rFonts w:ascii="Arial" w:hAnsi="Arial" w:cs="Arial"/>
          <w:sz w:val="24"/>
          <w:rtl/>
          <w:szCs w:val="24"/>
        </w:rPr>
        <w:t xml:space="preserve">   ◯ ג. מורה</w:t>
      </w:r>
    </w:p>
    <w:p>
      <w:pPr>
        <w:bidi/>
        <w:jc w:val="right"/>
      </w:pPr>
      <w:r>
        <w:rPr>
          <w:rFonts w:ascii="Arial" w:hAnsi="Arial" w:cs="Arial"/>
          <w:sz w:val="24"/>
          <w:rtl/>
          <w:szCs w:val="24"/>
        </w:rPr>
        <w:t xml:space="preserve">   ◯ ד. מכבסה</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היא ארוכה</w:t>
      </w:r>
    </w:p>
    <w:p>
      <w:pPr>
        <w:bidi/>
        <w:jc w:val="right"/>
      </w:pPr>
      <w:r>
        <w:rPr>
          <w:rFonts w:ascii="Arial" w:hAnsi="Arial" w:cs="Arial"/>
          <w:sz w:val="24"/>
          <w:rtl/>
          <w:szCs w:val="24"/>
        </w:rPr>
        <w:t xml:space="preserve">   ◯ ב. היא לא מקום, היא אדם</w:t>
      </w:r>
    </w:p>
    <w:p>
      <w:pPr>
        <w:bidi/>
        <w:jc w:val="right"/>
      </w:pPr>
      <w:r>
        <w:rPr>
          <w:rFonts w:ascii="Arial" w:hAnsi="Arial" w:cs="Arial"/>
          <w:sz w:val="24"/>
          <w:rtl/>
          <w:szCs w:val="24"/>
        </w:rPr>
        <w:t xml:space="preserve">   ◯ ג. היא בנקבה</w:t>
      </w:r>
    </w:p>
    <w:p>
      <w:pPr>
        <w:bidi/>
        <w:jc w:val="right"/>
      </w:pPr>
      <w:r>
        <w:rPr>
          <w:rFonts w:ascii="Arial" w:hAnsi="Arial" w:cs="Arial"/>
          <w:b/>
          <w:sz w:val="24"/>
          <w:rtl/>
          <w:szCs w:val="24"/>
          <w:bCs/>
        </w:rPr>
        <w:t>3. מי יוצא הדופן?</w:t>
      </w:r>
    </w:p>
    <w:p>
      <w:pPr>
        <w:bidi/>
        <w:jc w:val="right"/>
      </w:pPr>
      <w:r>
        <w:rPr>
          <w:rFonts w:ascii="Arial" w:hAnsi="Arial" w:cs="Arial"/>
          <w:sz w:val="24"/>
          <w:rtl/>
          <w:szCs w:val="24"/>
        </w:rPr>
        <w:t xml:space="preserve">   ◯ א. ספרים</w:t>
      </w:r>
    </w:p>
    <w:p>
      <w:pPr>
        <w:bidi/>
        <w:jc w:val="right"/>
      </w:pPr>
      <w:r>
        <w:rPr>
          <w:rFonts w:ascii="Arial" w:hAnsi="Arial" w:cs="Arial"/>
          <w:sz w:val="24"/>
          <w:rtl/>
          <w:szCs w:val="24"/>
        </w:rPr>
        <w:t xml:space="preserve">   ◯ ב. ילד</w:t>
      </w:r>
    </w:p>
    <w:p>
      <w:pPr>
        <w:bidi/>
        <w:jc w:val="right"/>
      </w:pPr>
      <w:r>
        <w:rPr>
          <w:rFonts w:ascii="Arial" w:hAnsi="Arial" w:cs="Arial"/>
          <w:sz w:val="24"/>
          <w:rtl/>
          <w:szCs w:val="24"/>
        </w:rPr>
        <w:t xml:space="preserve">   ◯ ג. ילדים</w:t>
      </w:r>
    </w:p>
    <w:p>
      <w:pPr>
        <w:bidi/>
        <w:jc w:val="right"/>
      </w:pPr>
      <w:r>
        <w:rPr>
          <w:rFonts w:ascii="Arial" w:hAnsi="Arial" w:cs="Arial"/>
          <w:sz w:val="24"/>
          <w:rtl/>
          <w:szCs w:val="24"/>
        </w:rPr>
        <w:t xml:space="preserve">   ◯ ד. ערים</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הוא קצר</w:t>
      </w:r>
    </w:p>
    <w:p>
      <w:pPr>
        <w:bidi/>
        <w:jc w:val="right"/>
      </w:pPr>
      <w:r>
        <w:rPr>
          <w:rFonts w:ascii="Arial" w:hAnsi="Arial" w:cs="Arial"/>
          <w:sz w:val="24"/>
          <w:rtl/>
          <w:szCs w:val="24"/>
        </w:rPr>
        <w:t xml:space="preserve">   ◯ ב. הוא בן</w:t>
      </w:r>
    </w:p>
    <w:p>
      <w:pPr>
        <w:bidi/>
        <w:jc w:val="right"/>
      </w:pPr>
      <w:r>
        <w:rPr>
          <w:rFonts w:ascii="Arial" w:hAnsi="Arial" w:cs="Arial"/>
          <w:sz w:val="24"/>
          <w:rtl/>
          <w:szCs w:val="24"/>
        </w:rPr>
        <w:t xml:space="preserve">   ◯ ג. הוא ביחיד</w:t>
      </w:r>
    </w:p>
    <w:p>
      <w:pPr>
        <w:bidi/>
        <w:jc w:val="right"/>
      </w:pPr>
      <w:r>
        <w:rPr>
          <w:rFonts w:ascii="Arial" w:hAnsi="Arial" w:cs="Arial"/>
          <w:b/>
          <w:sz w:val="24"/>
          <w:rtl/>
          <w:szCs w:val="24"/>
          <w:bCs/>
        </w:rPr>
        <w:t>4. מי יוצא הדופן?</w:t>
      </w:r>
    </w:p>
    <w:p>
      <w:pPr>
        <w:bidi/>
        <w:jc w:val="right"/>
      </w:pPr>
      <w:r>
        <w:rPr>
          <w:rFonts w:ascii="Arial" w:hAnsi="Arial" w:cs="Arial"/>
          <w:sz w:val="24"/>
          <w:rtl/>
          <w:szCs w:val="24"/>
        </w:rPr>
        <w:t xml:space="preserve">   ◯ א. הבית</w:t>
      </w:r>
    </w:p>
    <w:p>
      <w:pPr>
        <w:bidi/>
        <w:jc w:val="right"/>
      </w:pPr>
      <w:r>
        <w:rPr>
          <w:rFonts w:ascii="Arial" w:hAnsi="Arial" w:cs="Arial"/>
          <w:sz w:val="24"/>
          <w:rtl/>
          <w:szCs w:val="24"/>
        </w:rPr>
        <w:t xml:space="preserve">   ◯ ב. הספר</w:t>
      </w:r>
    </w:p>
    <w:p>
      <w:pPr>
        <w:bidi/>
        <w:jc w:val="right"/>
      </w:pPr>
      <w:r>
        <w:rPr>
          <w:rFonts w:ascii="Arial" w:hAnsi="Arial" w:cs="Arial"/>
          <w:sz w:val="24"/>
          <w:rtl/>
          <w:szCs w:val="24"/>
        </w:rPr>
        <w:t xml:space="preserve">   ◯ ג. הילד</w:t>
      </w:r>
    </w:p>
    <w:p>
      <w:pPr>
        <w:bidi/>
        <w:jc w:val="right"/>
      </w:pPr>
      <w:r>
        <w:rPr>
          <w:rFonts w:ascii="Arial" w:hAnsi="Arial" w:cs="Arial"/>
          <w:sz w:val="24"/>
          <w:rtl/>
          <w:szCs w:val="24"/>
        </w:rPr>
        <w:t xml:space="preserve">   ◯ ד. בית</w:t>
      </w:r>
    </w:p>
    <w:p>
      <w:pPr>
        <w:bidi/>
        <w:jc w:val="right"/>
      </w:pPr>
      <w:r>
        <w:rPr>
          <w:rFonts w:ascii="Arial" w:hAnsi="Arial" w:cs="Arial"/>
          <w:b/>
          <w:sz w:val="24"/>
          <w:rtl/>
          <w:szCs w:val="24"/>
          <w:bCs/>
        </w:rPr>
        <w:t>. למה?</w:t>
      </w:r>
    </w:p>
    <w:p>
      <w:pPr>
        <w:bidi/>
        <w:jc w:val="right"/>
      </w:pPr>
      <w:r>
        <w:rPr>
          <w:rFonts w:ascii="Arial" w:hAnsi="Arial" w:cs="Arial"/>
          <w:sz w:val="24"/>
          <w:rtl/>
          <w:szCs w:val="24"/>
        </w:rPr>
        <w:t xml:space="preserve">   ◯ א. אין לו ה״א הידיעה</w:t>
      </w:r>
    </w:p>
    <w:p>
      <w:pPr>
        <w:bidi/>
        <w:jc w:val="right"/>
      </w:pPr>
      <w:r>
        <w:rPr>
          <w:rFonts w:ascii="Arial" w:hAnsi="Arial" w:cs="Arial"/>
          <w:sz w:val="24"/>
          <w:rtl/>
          <w:szCs w:val="24"/>
        </w:rPr>
        <w:t xml:space="preserve">   ◯ ב. הוא גדול</w:t>
      </w:r>
    </w:p>
    <w:p>
      <w:pPr>
        <w:bidi/>
        <w:jc w:val="right"/>
      </w:pPr>
      <w:r>
        <w:rPr>
          <w:rFonts w:ascii="Arial" w:hAnsi="Arial" w:cs="Arial"/>
          <w:sz w:val="24"/>
          <w:rtl/>
          <w:szCs w:val="24"/>
        </w:rPr>
        <w:t xml:space="preserve">   ◯ ג. הוא בזכר</w:t>
      </w:r>
    </w:p>
    <w:p>
      <w:r>
        <w:br w:type="page"/>
      </w:r>
    </w:p>
    <w:p>
      <w:pPr>
        <w:bidi/>
        <w:pStyle w:val="Heading1"/>
        <w:jc w:val="right"/>
      </w:pPr>
      <w:r>
        <w:rPr>
          <w:rFonts w:ascii="Arial" w:hAnsi="Arial" w:cs="Arial"/>
          <w:b/>
          <w:color w:val="4B2BA8"/>
          <w:sz w:val="40"/>
          <w:rtl/>
          <w:szCs w:val="40"/>
          <w:bCs/>
        </w:rPr>
        <w:t>חלק ד׳ – 🏁 משחקי סיום</w:t>
      </w:r>
    </w:p>
    <w:p>
      <w:pPr>
        <w:bidi/>
        <w:pStyle w:val="Heading2"/>
        <w:jc w:val="right"/>
      </w:pPr>
      <w:r>
        <w:rPr>
          <w:rFonts w:ascii="Arial" w:hAnsi="Arial" w:cs="Arial"/>
          <w:b/>
          <w:color w:val="6A3FD4"/>
          <w:sz w:val="32"/>
          <w:rtl/>
          <w:szCs w:val="32"/>
          <w:bCs/>
        </w:rPr>
        <w:t>🏆 טריוויה</w:t>
      </w:r>
    </w:p>
    <w:p>
      <w:pPr>
        <w:bidi/>
        <w:jc w:val="right"/>
      </w:pPr>
      <w:r>
        <w:rPr>
          <w:rFonts w:ascii="Arial" w:hAnsi="Arial" w:cs="Arial"/>
          <w:b/>
          <w:sz w:val="24"/>
          <w:rtl/>
          <w:szCs w:val="24"/>
          <w:bCs/>
        </w:rPr>
        <w:t>1. מה השורש של המילה „מכתב”?</w:t>
      </w:r>
    </w:p>
    <w:p>
      <w:pPr>
        <w:bidi/>
        <w:jc w:val="right"/>
      </w:pPr>
      <w:r>
        <w:rPr>
          <w:rFonts w:ascii="Arial" w:hAnsi="Arial" w:cs="Arial"/>
          <w:sz w:val="24"/>
          <w:rtl/>
          <w:szCs w:val="24"/>
        </w:rPr>
        <w:t xml:space="preserve">   ◯ א. מ-כ-ת</w:t>
      </w:r>
    </w:p>
    <w:p>
      <w:pPr>
        <w:bidi/>
        <w:jc w:val="right"/>
      </w:pPr>
      <w:r>
        <w:rPr>
          <w:rFonts w:ascii="Arial" w:hAnsi="Arial" w:cs="Arial"/>
          <w:sz w:val="24"/>
          <w:rtl/>
          <w:szCs w:val="24"/>
        </w:rPr>
        <w:t xml:space="preserve">   ◯ ב. כ-ת-ב</w:t>
      </w:r>
    </w:p>
    <w:p>
      <w:pPr>
        <w:bidi/>
        <w:jc w:val="right"/>
      </w:pPr>
      <w:r>
        <w:rPr>
          <w:rFonts w:ascii="Arial" w:hAnsi="Arial" w:cs="Arial"/>
          <w:sz w:val="24"/>
          <w:rtl/>
          <w:szCs w:val="24"/>
        </w:rPr>
        <w:t xml:space="preserve">   ◯ ג. ת-ב-ה</w:t>
      </w:r>
    </w:p>
    <w:p>
      <w:pPr>
        <w:bidi/>
        <w:jc w:val="right"/>
      </w:pPr>
      <w:r>
        <w:rPr>
          <w:rFonts w:ascii="Arial" w:hAnsi="Arial" w:cs="Arial"/>
          <w:sz w:val="24"/>
          <w:rtl/>
          <w:szCs w:val="24"/>
        </w:rPr>
        <w:t xml:space="preserve">   ◯ ד. מ-ת-ב</w:t>
      </w:r>
    </w:p>
    <w:p>
      <w:pPr>
        <w:bidi/>
        <w:jc w:val="right"/>
      </w:pPr>
      <w:r>
        <w:rPr>
          <w:rFonts w:ascii="Arial" w:hAnsi="Arial" w:cs="Arial"/>
          <w:b/>
          <w:sz w:val="24"/>
          <w:rtl/>
          <w:szCs w:val="24"/>
          <w:bCs/>
        </w:rPr>
        <w:t>2. „ביקרנו בספרייה. הספרייה הייתה שקטה.” למה במשפט השני כתוב „הספרייה”?</w:t>
      </w:r>
    </w:p>
    <w:p>
      <w:pPr>
        <w:bidi/>
        <w:jc w:val="right"/>
      </w:pPr>
      <w:r>
        <w:rPr>
          <w:rFonts w:ascii="Arial" w:hAnsi="Arial" w:cs="Arial"/>
          <w:sz w:val="24"/>
          <w:rtl/>
          <w:szCs w:val="24"/>
        </w:rPr>
        <w:t xml:space="preserve">   ◯ א. כי זו ספרייה חדשה</w:t>
      </w:r>
    </w:p>
    <w:p>
      <w:pPr>
        <w:bidi/>
        <w:jc w:val="right"/>
      </w:pPr>
      <w:r>
        <w:rPr>
          <w:rFonts w:ascii="Arial" w:hAnsi="Arial" w:cs="Arial"/>
          <w:sz w:val="24"/>
          <w:rtl/>
          <w:szCs w:val="24"/>
        </w:rPr>
        <w:t xml:space="preserve">   ◯ ב. כי זו מילה ברבים</w:t>
      </w:r>
    </w:p>
    <w:p>
      <w:pPr>
        <w:bidi/>
        <w:jc w:val="right"/>
      </w:pPr>
      <w:r>
        <w:rPr>
          <w:rFonts w:ascii="Arial" w:hAnsi="Arial" w:cs="Arial"/>
          <w:sz w:val="24"/>
          <w:rtl/>
          <w:szCs w:val="24"/>
        </w:rPr>
        <w:t xml:space="preserve">   ◯ ג. כי כבר דיברנו עליה, היא מוכרת</w:t>
      </w:r>
    </w:p>
    <w:p>
      <w:pPr>
        <w:bidi/>
        <w:jc w:val="right"/>
      </w:pPr>
      <w:r>
        <w:rPr>
          <w:rFonts w:ascii="Arial" w:hAnsi="Arial" w:cs="Arial"/>
          <w:sz w:val="24"/>
          <w:rtl/>
          <w:szCs w:val="24"/>
        </w:rPr>
        <w:t xml:space="preserve">   ◯ ד. כי זו טעות</w:t>
      </w:r>
    </w:p>
    <w:p>
      <w:pPr>
        <w:bidi/>
        <w:jc w:val="right"/>
      </w:pPr>
      <w:r>
        <w:rPr>
          <w:rFonts w:ascii="Arial" w:hAnsi="Arial" w:cs="Arial"/>
          <w:b/>
          <w:sz w:val="24"/>
          <w:rtl/>
          <w:szCs w:val="24"/>
          <w:bCs/>
        </w:rPr>
        <w:t>3. איזה צירוף נכון?</w:t>
      </w:r>
    </w:p>
    <w:p>
      <w:pPr>
        <w:bidi/>
        <w:jc w:val="right"/>
      </w:pPr>
      <w:r>
        <w:rPr>
          <w:rFonts w:ascii="Arial" w:hAnsi="Arial" w:cs="Arial"/>
          <w:sz w:val="24"/>
          <w:rtl/>
          <w:szCs w:val="24"/>
        </w:rPr>
        <w:t xml:space="preserve">   ◯ א. ספרים חדשה</w:t>
      </w:r>
    </w:p>
    <w:p>
      <w:pPr>
        <w:bidi/>
        <w:jc w:val="right"/>
      </w:pPr>
      <w:r>
        <w:rPr>
          <w:rFonts w:ascii="Arial" w:hAnsi="Arial" w:cs="Arial"/>
          <w:sz w:val="24"/>
          <w:rtl/>
          <w:szCs w:val="24"/>
        </w:rPr>
        <w:t xml:space="preserve">   ◯ ב. ספרייה חדש</w:t>
      </w:r>
    </w:p>
    <w:p>
      <w:pPr>
        <w:bidi/>
        <w:jc w:val="right"/>
      </w:pPr>
      <w:r>
        <w:rPr>
          <w:rFonts w:ascii="Arial" w:hAnsi="Arial" w:cs="Arial"/>
          <w:sz w:val="24"/>
          <w:rtl/>
          <w:szCs w:val="24"/>
        </w:rPr>
        <w:t xml:space="preserve">   ◯ ג. ספרים חדשים</w:t>
      </w:r>
    </w:p>
    <w:p>
      <w:pPr>
        <w:bidi/>
        <w:jc w:val="right"/>
      </w:pPr>
      <w:r>
        <w:rPr>
          <w:rFonts w:ascii="Arial" w:hAnsi="Arial" w:cs="Arial"/>
          <w:sz w:val="24"/>
          <w:rtl/>
          <w:szCs w:val="24"/>
        </w:rPr>
        <w:t xml:space="preserve">   ◯ ד. ספרייה חדשים</w:t>
      </w:r>
    </w:p>
    <w:p>
      <w:pPr>
        <w:bidi/>
        <w:jc w:val="right"/>
      </w:pPr>
      <w:r>
        <w:rPr>
          <w:rFonts w:ascii="Arial" w:hAnsi="Arial" w:cs="Arial"/>
          <w:b/>
          <w:sz w:val="24"/>
          <w:rtl/>
          <w:szCs w:val="24"/>
          <w:bCs/>
        </w:rPr>
        <w:t>4. מה הרעיון המרכזי של תבנית (משקל) במילים?</w:t>
      </w:r>
    </w:p>
    <w:p>
      <w:pPr>
        <w:bidi/>
        <w:jc w:val="right"/>
      </w:pPr>
      <w:r>
        <w:rPr>
          <w:rFonts w:ascii="Arial" w:hAnsi="Arial" w:cs="Arial"/>
          <w:sz w:val="24"/>
          <w:rtl/>
          <w:szCs w:val="24"/>
        </w:rPr>
        <w:t xml:space="preserve">   ◯ א. תבנית אחת עוזרת לנחש משמעות</w:t>
      </w:r>
    </w:p>
    <w:p>
      <w:pPr>
        <w:bidi/>
        <w:jc w:val="right"/>
      </w:pPr>
      <w:r>
        <w:rPr>
          <w:rFonts w:ascii="Arial" w:hAnsi="Arial" w:cs="Arial"/>
          <w:sz w:val="24"/>
          <w:rtl/>
          <w:szCs w:val="24"/>
        </w:rPr>
        <w:t xml:space="preserve">   ◯ ב. כל המילים אותו דבר</w:t>
      </w:r>
    </w:p>
    <w:p>
      <w:pPr>
        <w:bidi/>
        <w:jc w:val="right"/>
      </w:pPr>
      <w:r>
        <w:rPr>
          <w:rFonts w:ascii="Arial" w:hAnsi="Arial" w:cs="Arial"/>
          <w:sz w:val="24"/>
          <w:rtl/>
          <w:szCs w:val="24"/>
        </w:rPr>
        <w:t xml:space="preserve">   ◯ ג. אין חשיבות לתבנית</w:t>
      </w:r>
    </w:p>
    <w:p>
      <w:pPr>
        <w:bidi/>
        <w:jc w:val="right"/>
      </w:pPr>
      <w:r>
        <w:rPr>
          <w:rFonts w:ascii="Arial" w:hAnsi="Arial" w:cs="Arial"/>
          <w:sz w:val="24"/>
          <w:rtl/>
          <w:szCs w:val="24"/>
        </w:rPr>
        <w:t xml:space="preserve">   ◯ ד. תבנית היא רק לפעלים</w:t>
      </w:r>
    </w:p>
    <w:p>
      <w:pPr>
        <w:bidi/>
        <w:jc w:val="right"/>
      </w:pPr>
      <w:r>
        <w:rPr>
          <w:rFonts w:ascii="Arial" w:hAnsi="Arial" w:cs="Arial"/>
          <w:b/>
          <w:sz w:val="24"/>
          <w:rtl/>
          <w:szCs w:val="24"/>
          <w:bCs/>
        </w:rPr>
        <w:t>5. „ארון ספרים” – מה תפקיד המילה „ספרים”?</w:t>
      </w:r>
    </w:p>
    <w:p>
      <w:pPr>
        <w:bidi/>
        <w:jc w:val="right"/>
      </w:pPr>
      <w:r>
        <w:rPr>
          <w:rFonts w:ascii="Arial" w:hAnsi="Arial" w:cs="Arial"/>
          <w:sz w:val="24"/>
          <w:rtl/>
          <w:szCs w:val="24"/>
        </w:rPr>
        <w:t xml:space="preserve">   ◯ א. היא פועל</w:t>
      </w:r>
    </w:p>
    <w:p>
      <w:pPr>
        <w:bidi/>
        <w:jc w:val="right"/>
      </w:pPr>
      <w:r>
        <w:rPr>
          <w:rFonts w:ascii="Arial" w:hAnsi="Arial" w:cs="Arial"/>
          <w:sz w:val="24"/>
          <w:rtl/>
          <w:szCs w:val="24"/>
        </w:rPr>
        <w:t xml:space="preserve">   ◯ ב. היא מסבירה איזה ארון</w:t>
      </w:r>
    </w:p>
    <w:p>
      <w:pPr>
        <w:bidi/>
        <w:jc w:val="right"/>
      </w:pPr>
      <w:r>
        <w:rPr>
          <w:rFonts w:ascii="Arial" w:hAnsi="Arial" w:cs="Arial"/>
          <w:sz w:val="24"/>
          <w:rtl/>
          <w:szCs w:val="24"/>
        </w:rPr>
        <w:t xml:space="preserve">   ◯ ג. היא שם תואר</w:t>
      </w:r>
    </w:p>
    <w:p>
      <w:pPr>
        <w:bidi/>
        <w:jc w:val="right"/>
      </w:pPr>
      <w:r>
        <w:rPr>
          <w:rFonts w:ascii="Arial" w:hAnsi="Arial" w:cs="Arial"/>
          <w:sz w:val="24"/>
          <w:rtl/>
          <w:szCs w:val="24"/>
        </w:rPr>
        <w:t xml:space="preserve">   ◯ ד. אין לה תפקיד</w:t>
      </w:r>
    </w:p>
    <w:p>
      <w:pPr>
        <w:bidi/>
        <w:pStyle w:val="Heading2"/>
        <w:jc w:val="right"/>
      </w:pPr>
      <w:r>
        <w:rPr>
          <w:rFonts w:ascii="Arial" w:hAnsi="Arial" w:cs="Arial"/>
          <w:b/>
          <w:color w:val="6A3FD4"/>
          <w:sz w:val="32"/>
          <w:rtl/>
          <w:szCs w:val="32"/>
          <w:bCs/>
        </w:rPr>
        <w:t>⚡ נכון / לא נכון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היגד</w:t>
            </w:r>
          </w:p>
        </w:tc>
        <w:tc>
          <w:tcPr>
            <w:tcW w:type="dxa" w:w="3475"/>
            <w:shd w:val="clear" w:fill="E5DBFF"/>
          </w:tcPr>
          <w:p>
            <w:pPr>
              <w:bidi/>
              <w:jc w:val="right"/>
            </w:pPr>
            <w:r>
              <w:rPr>
                <w:rFonts w:ascii="Arial" w:hAnsi="Arial" w:cs="Arial"/>
                <w:b/>
                <w:sz w:val="22"/>
                <w:rtl/>
                <w:szCs w:val="22"/>
                <w:bCs/>
              </w:rPr>
              <w:t>נכון</w:t>
            </w:r>
          </w:p>
        </w:tc>
        <w:tc>
          <w:tcPr>
            <w:tcW w:type="dxa" w:w="3475"/>
            <w:shd w:val="clear" w:fill="E5DBFF"/>
          </w:tcPr>
          <w:p>
            <w:pPr>
              <w:bidi/>
              <w:jc w:val="right"/>
            </w:pPr>
            <w:r>
              <w:rPr>
                <w:rFonts w:ascii="Arial" w:hAnsi="Arial" w:cs="Arial"/>
                <w:b/>
                <w:sz w:val="22"/>
                <w:rtl/>
                <w:szCs w:val="22"/>
                <w:bCs/>
              </w:rPr>
              <w:t>לא נכון</w:t>
            </w:r>
          </w:p>
        </w:tc>
      </w:tr>
      <w:tr>
        <w:tc>
          <w:tcPr>
            <w:tcW w:type="dxa" w:w="3475"/>
          </w:tcPr>
          <w:p>
            <w:pPr>
              <w:bidi/>
              <w:jc w:val="right"/>
            </w:pPr>
            <w:r>
              <w:rPr>
                <w:rFonts w:ascii="Arial" w:hAnsi="Arial" w:cs="Arial"/>
                <w:sz w:val="22"/>
                <w:rtl/>
                <w:szCs w:val="22"/>
              </w:rPr>
              <w:t>המילים ספר וספרייה באות מאותו שורש.</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כותבים „בהכיתה”.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„ספרייה גדולה” – זו התאמה נכונה.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אומרים „הבית ספר”.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„ספרים” זו צורת רבים.</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„ספר” היא מילה בנקבה.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„שקטה” היא שם תואר.</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r>
        <w:tc>
          <w:tcPr>
            <w:tcW w:type="dxa" w:w="3475"/>
          </w:tcPr>
          <w:p>
            <w:pPr>
              <w:bidi/>
              <w:jc w:val="right"/>
            </w:pPr>
            <w:r>
              <w:rPr>
                <w:rFonts w:ascii="Arial" w:hAnsi="Arial" w:cs="Arial"/>
                <w:sz w:val="22"/>
                <w:rtl/>
                <w:szCs w:val="22"/>
              </w:rPr>
              <w:t>בסמיכות שתי המילים מקבלות ה״א הידיעה.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6A3FD4"/>
          <w:sz w:val="32"/>
          <w:rtl/>
          <w:szCs w:val="32"/>
          <w:bCs/>
        </w:rPr>
        <w:t>🧱 מחסן מילים</w:t>
      </w:r>
    </w:p>
    <w:p>
      <w:pPr>
        <w:bidi/>
        <w:jc w:val="right"/>
      </w:pPr>
      <w:r>
        <w:rPr>
          <w:rFonts w:ascii="Arial" w:hAnsi="Arial" w:cs="Arial"/>
          <w:sz w:val="24"/>
          <w:rtl/>
          <w:szCs w:val="24"/>
        </w:rPr>
        <w:t>מחסן: וגם · אבל · לכן · קודם · כי · עכשיו</w:t>
      </w:r>
    </w:p>
    <w:p>
      <w:pPr>
        <w:bidi/>
        <w:jc w:val="right"/>
      </w:pPr>
      <w:r>
        <w:rPr>
          <w:rFonts w:ascii="Arial" w:hAnsi="Arial" w:cs="Arial"/>
          <w:b/>
          <w:color w:val="6A3FD4"/>
          <w:sz w:val="26"/>
          <w:rtl/>
          <w:szCs w:val="26"/>
          <w:bCs/>
        </w:rPr>
        <w:t>▌ השלימו</w:t>
      </w:r>
    </w:p>
    <w:p>
      <w:pPr>
        <w:bidi/>
        <w:jc w:val="right"/>
      </w:pPr>
      <w:r>
        <w:rPr>
          <w:rFonts w:ascii="Arial" w:hAnsi="Arial" w:cs="Arial"/>
          <w:sz w:val="24"/>
          <w:rtl/>
          <w:szCs w:val="24"/>
        </w:rPr>
        <w:t>בכיתה יש ארון ספרים, (1)________ אין בו הרבה ספרים. (2)________ החלטנו להביא ספרים מהבית. (3)________ כל תלמיד הביא ספר אחד. (4)________ הארון מלא, וכולם קוראים.</w:t>
      </w:r>
    </w:p>
    <w:p>
      <w:pPr>
        <w:bidi/>
        <w:pStyle w:val="Heading2"/>
        <w:jc w:val="right"/>
      </w:pPr>
      <w:r>
        <w:rPr>
          <w:rFonts w:ascii="Arial" w:hAnsi="Arial" w:cs="Arial"/>
          <w:b/>
          <w:color w:val="6A3FD4"/>
          <w:sz w:val="32"/>
          <w:rtl/>
          <w:szCs w:val="32"/>
          <w:bCs/>
        </w:rPr>
        <w:t>🔎 בלש הניסוח</w:t>
      </w:r>
    </w:p>
    <w:p>
      <w:pPr>
        <w:bidi/>
        <w:jc w:val="right"/>
      </w:pPr>
      <w:r>
        <w:rPr>
          <w:rFonts w:ascii="Arial" w:hAnsi="Arial" w:cs="Arial"/>
          <w:sz w:val="24"/>
          <w:rtl/>
          <w:szCs w:val="24"/>
        </w:rPr>
        <w:t>בטקסט 4 שגיאות. הקיפו אותן וכתבו תיקון:</w:t>
      </w:r>
    </w:p>
    <w:p>
      <w:pPr>
        <w:bidi/>
        <w:jc w:val="right"/>
      </w:pPr>
      <w:r>
        <w:rPr>
          <w:rFonts w:ascii="Arial" w:hAnsi="Arial" w:cs="Arial"/>
          <w:b/>
          <w:color w:val="6A3FD4"/>
          <w:sz w:val="26"/>
          <w:rtl/>
          <w:szCs w:val="26"/>
          <w:bCs/>
        </w:rPr>
        <w:t>▌ הטקסט</w:t>
      </w:r>
    </w:p>
    <w:p>
      <w:pPr>
        <w:bidi/>
        <w:jc w:val="right"/>
      </w:pPr>
      <w:r>
        <w:rPr>
          <w:rFonts w:ascii="Arial" w:hAnsi="Arial" w:cs="Arial"/>
          <w:sz w:val="24"/>
          <w:rtl/>
          <w:szCs w:val="24"/>
        </w:rPr>
        <w:t>היום ביקרנו בהספרייה. הספרנית הנחמד עזרה לנו. כל אחד לקח שני ספרים חדשות. ישבנו בפינת הקריאה השקט.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קלפי זיכרון – גזרו והתאימו מושג להגדרה</w:t>
      </w:r>
    </w:p>
    <w:tbl>
      <w:tblPr>
        <w:tblW w:type="auto" w:w="0"/>
        <w:tblLook w:firstColumn="1" w:firstRow="1" w:lastColumn="0" w:lastRow="0" w:noHBand="0" w:noVBand="1" w:val="04A0"/>
        <w:bidiVisual/>
        <w:tblBorders>
          <w:top w:val="dashed" w:sz="8" w:color="888888"/>
          <w:left w:val="dashed" w:sz="8" w:color="888888"/>
          <w:bottom w:val="dashed" w:sz="8" w:color="888888"/>
          <w:right w:val="dashed" w:sz="8" w:color="888888"/>
          <w:insideH w:val="dashed" w:sz="8" w:color="888888"/>
          <w:insideV w:val="dashed" w:sz="8" w:color="888888"/>
        </w:tblBorders>
      </w:tblPr>
      <w:tblGrid>
        <w:gridCol w:w="3475"/>
        <w:gridCol w:w="3475"/>
        <w:gridCol w:w="3475"/>
      </w:tblGrid>
      <w:tr>
        <w:tc>
          <w:tcPr>
            <w:tcW w:type="dxa" w:w="3213"/>
          </w:tcPr>
          <w:p>
            <w:pPr>
              <w:bidi/>
              <w:jc w:val="center"/>
            </w:pPr>
            <w:r>
              <w:rPr>
                <w:rFonts w:ascii="Arial" w:hAnsi="Arial" w:cs="Arial"/>
                <w:sz w:val="44"/>
                <w:rtl/>
                <w:szCs w:val="44"/>
              </w:rPr>
              <w:t>🌱</w:t>
            </w:r>
          </w:p>
          <w:p>
            <w:pPr>
              <w:bidi/>
              <w:jc w:val="center"/>
            </w:pPr>
            <w:r>
              <w:rPr>
                <w:rFonts w:ascii="Arial" w:hAnsi="Arial" w:cs="Arial"/>
                <w:b/>
                <w:color w:val="E8590C"/>
                <w:sz w:val="24"/>
                <w:rtl/>
                <w:szCs w:val="24"/>
                <w:bCs/>
              </w:rPr>
              <w:t>שורש</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7048E8"/>
                <w:sz w:val="24"/>
                <w:rtl/>
                <w:szCs w:val="24"/>
                <w:bCs/>
              </w:rPr>
              <w:t>משקל</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1C7ED6"/>
                <w:sz w:val="24"/>
                <w:rtl/>
                <w:szCs w:val="24"/>
                <w:bCs/>
              </w:rPr>
              <w:t>ה״א הידיעה</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2B8A3E"/>
                <w:sz w:val="24"/>
                <w:rtl/>
                <w:szCs w:val="24"/>
                <w:bCs/>
              </w:rPr>
              <w:t>שם עצם</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C2255C"/>
                <w:sz w:val="24"/>
                <w:rtl/>
                <w:szCs w:val="24"/>
                <w:bCs/>
              </w:rPr>
              <w:t>שם תואר</w:t>
            </w:r>
          </w:p>
          <w:p>
            <w:pPr>
              <w:bidi/>
              <w:jc w:val="center"/>
            </w:pPr>
            <w:r>
              <w:rPr>
                <w:rFonts w:ascii="Arial" w:hAnsi="Arial" w:cs="Arial"/>
                <w:sz w:val="19"/>
                <w:rtl/>
                <w:szCs w:val="19"/>
              </w:rPr>
            </w:r>
          </w:p>
        </w:tc>
        <w:tc>
          <w:tcPr>
            <w:tcW w:type="dxa" w:w="3213"/>
          </w:tcPr>
          <w:p>
            <w:pPr>
              <w:bidi/>
              <w:jc w:val="center"/>
            </w:pPr>
            <w:r>
              <w:rPr>
                <w:rFonts w:ascii="Arial" w:hAnsi="Arial" w:cs="Arial"/>
                <w:sz w:val="44"/>
                <w:rtl/>
                <w:szCs w:val="44"/>
              </w:rPr>
              <w:t>🔗</w:t>
            </w:r>
          </w:p>
          <w:p>
            <w:pPr>
              <w:bidi/>
              <w:jc w:val="center"/>
            </w:pPr>
            <w:r>
              <w:rPr>
                <w:rFonts w:ascii="Arial" w:hAnsi="Arial" w:cs="Arial"/>
                <w:b/>
                <w:color w:val="F08C00"/>
                <w:sz w:val="24"/>
                <w:rtl/>
                <w:szCs w:val="24"/>
                <w:bCs/>
              </w:rPr>
              <w:t>סמיכות</w:t>
            </w:r>
          </w:p>
          <w:p>
            <w:pPr>
              <w:bidi/>
              <w:jc w:val="center"/>
            </w:pPr>
            <w:r>
              <w:rPr>
                <w:rFonts w:ascii="Arial" w:hAnsi="Arial" w:cs="Arial"/>
                <w:sz w:val="19"/>
                <w:rtl/>
                <w:szCs w:val="19"/>
              </w:rPr>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אותיות שנותנות למילה את המשמעות.</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תבנית קבועה שבונים בה מילים.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ה בתחילת מילה, כשהדבר מוכר.</w:t>
            </w:r>
          </w:p>
        </w:tc>
      </w:tr>
      <w:tr>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מילה לדבר, אדם, מקום או רעיון.</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מילה שמתארת שם עצם.</w:t>
            </w:r>
          </w:p>
        </w:tc>
        <w:tc>
          <w:tcPr>
            <w:tcW w:type="dxa" w:w="3213"/>
          </w:tcPr>
          <w:p>
            <w:pPr>
              <w:bidi/>
              <w:jc w:val="center"/>
            </w:pPr>
            <w:r>
              <w:rPr>
                <w:rFonts w:ascii="Arial" w:hAnsi="Arial" w:cs="Arial"/>
                <w:sz w:val="44"/>
                <w:rtl/>
                <w:szCs w:val="44"/>
              </w:rPr>
              <w:t>❓</w:t>
            </w:r>
          </w:p>
          <w:p>
            <w:pPr>
              <w:bidi/>
              <w:jc w:val="center"/>
            </w:pPr>
            <w:r>
              <w:rPr>
                <w:rFonts w:ascii="Arial" w:hAnsi="Arial" w:cs="Arial"/>
                <w:b/>
                <w:color w:val="868E96"/>
                <w:sz w:val="24"/>
                <w:rtl/>
                <w:szCs w:val="24"/>
                <w:bCs/>
              </w:rPr>
            </w:r>
          </w:p>
          <w:p>
            <w:pPr>
              <w:bidi/>
              <w:jc w:val="center"/>
            </w:pPr>
            <w:r>
              <w:rPr>
                <w:rFonts w:ascii="Arial" w:hAnsi="Arial" w:cs="Arial"/>
                <w:sz w:val="19"/>
                <w:rtl/>
                <w:szCs w:val="19"/>
              </w:rPr>
              <w:t>שתי מילים שיחד הן מושג אחד.</w:t>
            </w:r>
          </w:p>
        </w:tc>
      </w:tr>
    </w:tbl>
    <w:p>
      <w:pPr>
        <w:bidi/>
        <w:jc w:val="right"/>
      </w:pPr>
    </w:p>
    <w:p>
      <w:pPr>
        <w:bidi/>
        <w:jc w:val="right"/>
      </w:pPr>
      <w:r>
        <w:rPr>
          <w:rFonts w:ascii="Arial" w:hAnsi="Arial" w:cs="Arial"/>
          <w:color w:val="888888"/>
          <w:sz w:val="22"/>
          <w:rtl/>
          <w:szCs w:val="22"/>
        </w:rPr>
        <w:t>✂ - - - - - - - - - - - - - - - - - - - - - - - - - - - - - - - -</w:t>
      </w:r>
    </w:p>
    <w:p>
      <w:pPr>
        <w:bidi/>
        <w:pStyle w:val="Heading2"/>
        <w:jc w:val="right"/>
      </w:pPr>
      <w:r>
        <w:rPr>
          <w:rFonts w:ascii="Arial" w:hAnsi="Arial" w:cs="Arial"/>
          <w:b/>
          <w:color w:val="6A3FD4"/>
          <w:sz w:val="32"/>
          <w:rtl/>
          <w:szCs w:val="32"/>
          <w:bCs/>
        </w:rPr>
        <w:t>🌍 מילון</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E5DBFF"/>
          </w:tcPr>
          <w:p>
            <w:pPr>
              <w:bidi/>
              <w:jc w:val="right"/>
            </w:pPr>
            <w:r>
              <w:rPr>
                <w:rFonts w:ascii="Arial" w:hAnsi="Arial" w:cs="Arial"/>
                <w:b/>
                <w:sz w:val="22"/>
                <w:rtl/>
                <w:szCs w:val="22"/>
                <w:bCs/>
              </w:rPr>
              <w:t>עברית</w:t>
            </w:r>
          </w:p>
        </w:tc>
        <w:tc>
          <w:tcPr>
            <w:tcW w:type="dxa" w:w="2606"/>
            <w:shd w:val="clear" w:fill="E5DBFF"/>
          </w:tcPr>
          <w:p>
            <w:pPr>
              <w:bidi/>
              <w:jc w:val="right"/>
            </w:pPr>
            <w:r>
              <w:rPr>
                <w:rFonts w:ascii="Arial" w:hAnsi="Arial" w:cs="Arial"/>
                <w:b/>
                <w:sz w:val="22"/>
                <w:rtl/>
                <w:szCs w:val="22"/>
                <w:bCs/>
              </w:rPr>
              <w:t>English</w:t>
            </w:r>
          </w:p>
        </w:tc>
        <w:tc>
          <w:tcPr>
            <w:tcW w:type="dxa" w:w="2606"/>
            <w:shd w:val="clear" w:fill="E5DBFF"/>
          </w:tcPr>
          <w:p>
            <w:pPr>
              <w:bidi/>
              <w:jc w:val="right"/>
            </w:pPr>
            <w:r>
              <w:rPr>
                <w:rFonts w:ascii="Arial" w:hAnsi="Arial" w:cs="Arial"/>
                <w:b/>
                <w:sz w:val="22"/>
                <w:rtl/>
                <w:szCs w:val="22"/>
                <w:bCs/>
              </w:rPr>
              <w:t>Русский</w:t>
            </w:r>
          </w:p>
        </w:tc>
        <w:tc>
          <w:tcPr>
            <w:tcW w:type="dxa" w:w="2606"/>
            <w:shd w:val="clear" w:fill="E5DBFF"/>
          </w:tcPr>
          <w:p>
            <w:pPr>
              <w:bidi/>
              <w:jc w:val="right"/>
            </w:pPr>
            <w:r>
              <w:rPr>
                <w:rFonts w:ascii="Arial" w:hAnsi="Arial" w:cs="Arial"/>
                <w:b/>
                <w:sz w:val="22"/>
                <w:rtl/>
                <w:szCs w:val="22"/>
                <w:bCs/>
              </w:rPr>
              <w:t>العربية</w:t>
            </w:r>
          </w:p>
        </w:tc>
      </w:tr>
      <w:tr>
        <w:tc>
          <w:tcPr>
            <w:tcW w:type="dxa" w:w="2606"/>
          </w:tcPr>
          <w:p>
            <w:pPr>
              <w:bidi/>
              <w:jc w:val="right"/>
            </w:pPr>
            <w:r>
              <w:rPr>
                <w:rFonts w:ascii="Arial" w:hAnsi="Arial" w:cs="Arial"/>
                <w:sz w:val="22"/>
                <w:rtl/>
                <w:szCs w:val="22"/>
              </w:rPr>
              <w:t>מכתב</w:t>
            </w:r>
          </w:p>
        </w:tc>
        <w:tc>
          <w:tcPr>
            <w:tcW w:type="dxa" w:w="2606"/>
          </w:tcPr>
          <w:p>
            <w:pPr>
              <w:bidi/>
              <w:jc w:val="right"/>
            </w:pPr>
            <w:r>
              <w:rPr>
                <w:rFonts w:ascii="Arial" w:hAnsi="Arial" w:cs="Arial"/>
                <w:sz w:val="22"/>
                <w:rtl/>
                <w:szCs w:val="22"/>
              </w:rPr>
              <w:t>letter (mail)</w:t>
            </w:r>
          </w:p>
        </w:tc>
        <w:tc>
          <w:tcPr>
            <w:tcW w:type="dxa" w:w="2606"/>
          </w:tcPr>
          <w:p>
            <w:pPr>
              <w:bidi/>
              <w:jc w:val="right"/>
            </w:pPr>
            <w:r>
              <w:rPr>
                <w:rFonts w:ascii="Arial" w:hAnsi="Arial" w:cs="Arial"/>
                <w:sz w:val="22"/>
                <w:rtl/>
                <w:szCs w:val="22"/>
              </w:rPr>
              <w:t>письмо</w:t>
            </w:r>
          </w:p>
        </w:tc>
        <w:tc>
          <w:tcPr>
            <w:tcW w:type="dxa" w:w="2606"/>
          </w:tcPr>
          <w:p>
            <w:pPr>
              <w:bidi/>
              <w:jc w:val="right"/>
            </w:pPr>
            <w:r>
              <w:rPr>
                <w:rFonts w:ascii="Arial" w:hAnsi="Arial" w:cs="Arial"/>
                <w:sz w:val="22"/>
                <w:rtl/>
                <w:szCs w:val="22"/>
              </w:rPr>
              <w:t>رسالة</w:t>
            </w:r>
          </w:p>
        </w:tc>
      </w:tr>
      <w:tr>
        <w:tc>
          <w:tcPr>
            <w:tcW w:type="dxa" w:w="2606"/>
          </w:tcPr>
          <w:p>
            <w:pPr>
              <w:bidi/>
              <w:jc w:val="right"/>
            </w:pPr>
            <w:r>
              <w:rPr>
                <w:rFonts w:ascii="Arial" w:hAnsi="Arial" w:cs="Arial"/>
                <w:sz w:val="22"/>
                <w:rtl/>
                <w:szCs w:val="22"/>
              </w:rPr>
              <w:t>כתובת</w:t>
            </w:r>
          </w:p>
        </w:tc>
        <w:tc>
          <w:tcPr>
            <w:tcW w:type="dxa" w:w="2606"/>
          </w:tcPr>
          <w:p>
            <w:pPr>
              <w:bidi/>
              <w:jc w:val="right"/>
            </w:pPr>
            <w:r>
              <w:rPr>
                <w:rFonts w:ascii="Arial" w:hAnsi="Arial" w:cs="Arial"/>
                <w:sz w:val="22"/>
                <w:rtl/>
                <w:szCs w:val="22"/>
              </w:rPr>
              <w:t>address</w:t>
            </w:r>
          </w:p>
        </w:tc>
        <w:tc>
          <w:tcPr>
            <w:tcW w:type="dxa" w:w="2606"/>
          </w:tcPr>
          <w:p>
            <w:pPr>
              <w:bidi/>
              <w:jc w:val="right"/>
            </w:pPr>
            <w:r>
              <w:rPr>
                <w:rFonts w:ascii="Arial" w:hAnsi="Arial" w:cs="Arial"/>
                <w:sz w:val="22"/>
                <w:rtl/>
                <w:szCs w:val="22"/>
              </w:rPr>
              <w:t>адрес</w:t>
            </w:r>
          </w:p>
        </w:tc>
        <w:tc>
          <w:tcPr>
            <w:tcW w:type="dxa" w:w="2606"/>
          </w:tcPr>
          <w:p>
            <w:pPr>
              <w:bidi/>
              <w:jc w:val="right"/>
            </w:pPr>
            <w:r>
              <w:rPr>
                <w:rFonts w:ascii="Arial" w:hAnsi="Arial" w:cs="Arial"/>
                <w:sz w:val="22"/>
                <w:rtl/>
                <w:szCs w:val="22"/>
              </w:rPr>
              <w:t>عنوان</w:t>
            </w:r>
          </w:p>
        </w:tc>
      </w:tr>
      <w:tr>
        <w:tc>
          <w:tcPr>
            <w:tcW w:type="dxa" w:w="2606"/>
          </w:tcPr>
          <w:p>
            <w:pPr>
              <w:bidi/>
              <w:jc w:val="right"/>
            </w:pPr>
            <w:r>
              <w:rPr>
                <w:rFonts w:ascii="Arial" w:hAnsi="Arial" w:cs="Arial"/>
                <w:sz w:val="22"/>
                <w:rtl/>
                <w:szCs w:val="22"/>
              </w:rPr>
              <w:t>מעטפה</w:t>
            </w:r>
          </w:p>
        </w:tc>
        <w:tc>
          <w:tcPr>
            <w:tcW w:type="dxa" w:w="2606"/>
          </w:tcPr>
          <w:p>
            <w:pPr>
              <w:bidi/>
              <w:jc w:val="right"/>
            </w:pPr>
            <w:r>
              <w:rPr>
                <w:rFonts w:ascii="Arial" w:hAnsi="Arial" w:cs="Arial"/>
                <w:sz w:val="22"/>
                <w:rtl/>
                <w:szCs w:val="22"/>
              </w:rPr>
              <w:t>envelope</w:t>
            </w:r>
          </w:p>
        </w:tc>
        <w:tc>
          <w:tcPr>
            <w:tcW w:type="dxa" w:w="2606"/>
          </w:tcPr>
          <w:p>
            <w:pPr>
              <w:bidi/>
              <w:jc w:val="right"/>
            </w:pPr>
            <w:r>
              <w:rPr>
                <w:rFonts w:ascii="Arial" w:hAnsi="Arial" w:cs="Arial"/>
                <w:sz w:val="22"/>
                <w:rtl/>
                <w:szCs w:val="22"/>
              </w:rPr>
              <w:t>конверт</w:t>
            </w:r>
          </w:p>
        </w:tc>
        <w:tc>
          <w:tcPr>
            <w:tcW w:type="dxa" w:w="2606"/>
          </w:tcPr>
          <w:p>
            <w:pPr>
              <w:bidi/>
              <w:jc w:val="right"/>
            </w:pPr>
            <w:r>
              <w:rPr>
                <w:rFonts w:ascii="Arial" w:hAnsi="Arial" w:cs="Arial"/>
                <w:sz w:val="22"/>
                <w:rtl/>
                <w:szCs w:val="22"/>
              </w:rPr>
              <w:t>مغلّف</w:t>
            </w:r>
          </w:p>
        </w:tc>
      </w:tr>
      <w:tr>
        <w:tc>
          <w:tcPr>
            <w:tcW w:type="dxa" w:w="2606"/>
          </w:tcPr>
          <w:p>
            <w:pPr>
              <w:bidi/>
              <w:jc w:val="right"/>
            </w:pPr>
            <w:r>
              <w:rPr>
                <w:rFonts w:ascii="Arial" w:hAnsi="Arial" w:cs="Arial"/>
                <w:sz w:val="22"/>
                <w:rtl/>
                <w:szCs w:val="22"/>
              </w:rPr>
              <w:t>דואר</w:t>
            </w:r>
          </w:p>
        </w:tc>
        <w:tc>
          <w:tcPr>
            <w:tcW w:type="dxa" w:w="2606"/>
          </w:tcPr>
          <w:p>
            <w:pPr>
              <w:bidi/>
              <w:jc w:val="right"/>
            </w:pPr>
            <w:r>
              <w:rPr>
                <w:rFonts w:ascii="Arial" w:hAnsi="Arial" w:cs="Arial"/>
                <w:sz w:val="22"/>
                <w:rtl/>
                <w:szCs w:val="22"/>
              </w:rPr>
              <w:t>post office / mail</w:t>
            </w:r>
          </w:p>
        </w:tc>
        <w:tc>
          <w:tcPr>
            <w:tcW w:type="dxa" w:w="2606"/>
          </w:tcPr>
          <w:p>
            <w:pPr>
              <w:bidi/>
              <w:jc w:val="right"/>
            </w:pPr>
            <w:r>
              <w:rPr>
                <w:rFonts w:ascii="Arial" w:hAnsi="Arial" w:cs="Arial"/>
                <w:sz w:val="22"/>
                <w:rtl/>
                <w:szCs w:val="22"/>
              </w:rPr>
              <w:t>почта</w:t>
            </w:r>
          </w:p>
        </w:tc>
        <w:tc>
          <w:tcPr>
            <w:tcW w:type="dxa" w:w="2606"/>
          </w:tcPr>
          <w:p>
            <w:pPr>
              <w:bidi/>
              <w:jc w:val="right"/>
            </w:pPr>
            <w:r>
              <w:rPr>
                <w:rFonts w:ascii="Arial" w:hAnsi="Arial" w:cs="Arial"/>
                <w:sz w:val="22"/>
                <w:rtl/>
                <w:szCs w:val="22"/>
              </w:rPr>
              <w:t>بريد</w:t>
            </w:r>
          </w:p>
        </w:tc>
      </w:tr>
      <w:tr>
        <w:tc>
          <w:tcPr>
            <w:tcW w:type="dxa" w:w="2606"/>
          </w:tcPr>
          <w:p>
            <w:pPr>
              <w:bidi/>
              <w:jc w:val="right"/>
            </w:pPr>
            <w:r>
              <w:rPr>
                <w:rFonts w:ascii="Arial" w:hAnsi="Arial" w:cs="Arial"/>
                <w:sz w:val="22"/>
                <w:rtl/>
                <w:szCs w:val="22"/>
              </w:rPr>
              <w:t>אולפן</w:t>
            </w:r>
          </w:p>
        </w:tc>
        <w:tc>
          <w:tcPr>
            <w:tcW w:type="dxa" w:w="2606"/>
          </w:tcPr>
          <w:p>
            <w:pPr>
              <w:bidi/>
              <w:jc w:val="right"/>
            </w:pPr>
            <w:r>
              <w:rPr>
                <w:rFonts w:ascii="Arial" w:hAnsi="Arial" w:cs="Arial"/>
                <w:sz w:val="22"/>
                <w:rtl/>
                <w:szCs w:val="22"/>
              </w:rPr>
              <w:t>Hebrew language school (ulpan)</w:t>
            </w:r>
          </w:p>
        </w:tc>
        <w:tc>
          <w:tcPr>
            <w:tcW w:type="dxa" w:w="2606"/>
          </w:tcPr>
          <w:p>
            <w:pPr>
              <w:bidi/>
              <w:jc w:val="right"/>
            </w:pPr>
            <w:r>
              <w:rPr>
                <w:rFonts w:ascii="Arial" w:hAnsi="Arial" w:cs="Arial"/>
                <w:sz w:val="22"/>
                <w:rtl/>
                <w:szCs w:val="22"/>
              </w:rPr>
              <w:t>ульпан (школа иврита)</w:t>
            </w:r>
          </w:p>
        </w:tc>
        <w:tc>
          <w:tcPr>
            <w:tcW w:type="dxa" w:w="2606"/>
          </w:tcPr>
          <w:p>
            <w:pPr>
              <w:bidi/>
              <w:jc w:val="right"/>
            </w:pPr>
            <w:r>
              <w:rPr>
                <w:rFonts w:ascii="Arial" w:hAnsi="Arial" w:cs="Arial"/>
                <w:sz w:val="22"/>
                <w:rtl/>
                <w:szCs w:val="22"/>
              </w:rPr>
              <w:t>أولبان (مدرسة لتعليم العبرية)</w:t>
            </w:r>
          </w:p>
        </w:tc>
      </w:tr>
      <w:tr>
        <w:tc>
          <w:tcPr>
            <w:tcW w:type="dxa" w:w="2606"/>
          </w:tcPr>
          <w:p>
            <w:pPr>
              <w:bidi/>
              <w:jc w:val="right"/>
            </w:pPr>
            <w:r>
              <w:rPr>
                <w:rFonts w:ascii="Arial" w:hAnsi="Arial" w:cs="Arial"/>
                <w:sz w:val="22"/>
                <w:rtl/>
                <w:szCs w:val="22"/>
              </w:rPr>
              <w:t>מאפייה</w:t>
            </w:r>
          </w:p>
        </w:tc>
        <w:tc>
          <w:tcPr>
            <w:tcW w:type="dxa" w:w="2606"/>
          </w:tcPr>
          <w:p>
            <w:pPr>
              <w:bidi/>
              <w:jc w:val="right"/>
            </w:pPr>
            <w:r>
              <w:rPr>
                <w:rFonts w:ascii="Arial" w:hAnsi="Arial" w:cs="Arial"/>
                <w:sz w:val="22"/>
                <w:rtl/>
                <w:szCs w:val="22"/>
              </w:rPr>
              <w:t>bakery</w:t>
            </w:r>
          </w:p>
        </w:tc>
        <w:tc>
          <w:tcPr>
            <w:tcW w:type="dxa" w:w="2606"/>
          </w:tcPr>
          <w:p>
            <w:pPr>
              <w:bidi/>
              <w:jc w:val="right"/>
            </w:pPr>
            <w:r>
              <w:rPr>
                <w:rFonts w:ascii="Arial" w:hAnsi="Arial" w:cs="Arial"/>
                <w:sz w:val="22"/>
                <w:rtl/>
                <w:szCs w:val="22"/>
              </w:rPr>
              <w:t>пекарня</w:t>
            </w:r>
          </w:p>
        </w:tc>
        <w:tc>
          <w:tcPr>
            <w:tcW w:type="dxa" w:w="2606"/>
          </w:tcPr>
          <w:p>
            <w:pPr>
              <w:bidi/>
              <w:jc w:val="right"/>
            </w:pPr>
            <w:r>
              <w:rPr>
                <w:rFonts w:ascii="Arial" w:hAnsi="Arial" w:cs="Arial"/>
                <w:sz w:val="22"/>
                <w:rtl/>
                <w:szCs w:val="22"/>
              </w:rPr>
              <w:t>مخبز</w:t>
            </w:r>
          </w:p>
        </w:tc>
      </w:tr>
      <w:tr>
        <w:tc>
          <w:tcPr>
            <w:tcW w:type="dxa" w:w="2606"/>
          </w:tcPr>
          <w:p>
            <w:pPr>
              <w:bidi/>
              <w:jc w:val="right"/>
            </w:pPr>
            <w:r>
              <w:rPr>
                <w:rFonts w:ascii="Arial" w:hAnsi="Arial" w:cs="Arial"/>
                <w:sz w:val="22"/>
                <w:rtl/>
                <w:szCs w:val="22"/>
              </w:rPr>
              <w:t>כתר</w:t>
            </w:r>
          </w:p>
        </w:tc>
        <w:tc>
          <w:tcPr>
            <w:tcW w:type="dxa" w:w="2606"/>
          </w:tcPr>
          <w:p>
            <w:pPr>
              <w:bidi/>
              <w:jc w:val="right"/>
            </w:pPr>
            <w:r>
              <w:rPr>
                <w:rFonts w:ascii="Arial" w:hAnsi="Arial" w:cs="Arial"/>
                <w:sz w:val="22"/>
                <w:rtl/>
                <w:szCs w:val="22"/>
              </w:rPr>
              <w:t>crown</w:t>
            </w:r>
          </w:p>
        </w:tc>
        <w:tc>
          <w:tcPr>
            <w:tcW w:type="dxa" w:w="2606"/>
          </w:tcPr>
          <w:p>
            <w:pPr>
              <w:bidi/>
              <w:jc w:val="right"/>
            </w:pPr>
            <w:r>
              <w:rPr>
                <w:rFonts w:ascii="Arial" w:hAnsi="Arial" w:cs="Arial"/>
                <w:sz w:val="22"/>
                <w:rtl/>
                <w:szCs w:val="22"/>
              </w:rPr>
              <w:t>корона</w:t>
            </w:r>
          </w:p>
        </w:tc>
        <w:tc>
          <w:tcPr>
            <w:tcW w:type="dxa" w:w="2606"/>
          </w:tcPr>
          <w:p>
            <w:pPr>
              <w:bidi/>
              <w:jc w:val="right"/>
            </w:pPr>
            <w:r>
              <w:rPr>
                <w:rFonts w:ascii="Arial" w:hAnsi="Arial" w:cs="Arial"/>
                <w:sz w:val="22"/>
                <w:rtl/>
                <w:szCs w:val="22"/>
              </w:rPr>
              <w:t>تاج</w:t>
            </w:r>
          </w:p>
        </w:tc>
      </w:tr>
      <w:tr>
        <w:tc>
          <w:tcPr>
            <w:tcW w:type="dxa" w:w="2606"/>
          </w:tcPr>
          <w:p>
            <w:pPr>
              <w:bidi/>
              <w:jc w:val="right"/>
            </w:pPr>
            <w:r>
              <w:rPr>
                <w:rFonts w:ascii="Arial" w:hAnsi="Arial" w:cs="Arial"/>
                <w:sz w:val="22"/>
                <w:rtl/>
                <w:szCs w:val="22"/>
              </w:rPr>
              <w:t>עיתון</w:t>
            </w:r>
          </w:p>
        </w:tc>
        <w:tc>
          <w:tcPr>
            <w:tcW w:type="dxa" w:w="2606"/>
          </w:tcPr>
          <w:p>
            <w:pPr>
              <w:bidi/>
              <w:jc w:val="right"/>
            </w:pPr>
            <w:r>
              <w:rPr>
                <w:rFonts w:ascii="Arial" w:hAnsi="Arial" w:cs="Arial"/>
                <w:sz w:val="22"/>
                <w:rtl/>
                <w:szCs w:val="22"/>
              </w:rPr>
              <w:t>newspaper</w:t>
            </w:r>
          </w:p>
        </w:tc>
        <w:tc>
          <w:tcPr>
            <w:tcW w:type="dxa" w:w="2606"/>
          </w:tcPr>
          <w:p>
            <w:pPr>
              <w:bidi/>
              <w:jc w:val="right"/>
            </w:pPr>
            <w:r>
              <w:rPr>
                <w:rFonts w:ascii="Arial" w:hAnsi="Arial" w:cs="Arial"/>
                <w:sz w:val="22"/>
                <w:rtl/>
                <w:szCs w:val="22"/>
              </w:rPr>
              <w:t>газета</w:t>
            </w:r>
          </w:p>
        </w:tc>
        <w:tc>
          <w:tcPr>
            <w:tcW w:type="dxa" w:w="2606"/>
          </w:tcPr>
          <w:p>
            <w:pPr>
              <w:bidi/>
              <w:jc w:val="right"/>
            </w:pPr>
            <w:r>
              <w:rPr>
                <w:rFonts w:ascii="Arial" w:hAnsi="Arial" w:cs="Arial"/>
                <w:sz w:val="22"/>
                <w:rtl/>
                <w:szCs w:val="22"/>
              </w:rPr>
              <w:t>جريدة</w:t>
            </w:r>
          </w:p>
        </w:tc>
      </w:tr>
      <w:tr>
        <w:tc>
          <w:tcPr>
            <w:tcW w:type="dxa" w:w="2606"/>
          </w:tcPr>
          <w:p>
            <w:pPr>
              <w:bidi/>
              <w:jc w:val="right"/>
            </w:pPr>
            <w:r>
              <w:rPr>
                <w:rFonts w:ascii="Arial" w:hAnsi="Arial" w:cs="Arial"/>
                <w:sz w:val="22"/>
                <w:rtl/>
                <w:szCs w:val="22"/>
              </w:rPr>
              <w:t>שלט</w:t>
            </w:r>
          </w:p>
        </w:tc>
        <w:tc>
          <w:tcPr>
            <w:tcW w:type="dxa" w:w="2606"/>
          </w:tcPr>
          <w:p>
            <w:pPr>
              <w:bidi/>
              <w:jc w:val="right"/>
            </w:pPr>
            <w:r>
              <w:rPr>
                <w:rFonts w:ascii="Arial" w:hAnsi="Arial" w:cs="Arial"/>
                <w:sz w:val="22"/>
                <w:rtl/>
                <w:szCs w:val="22"/>
              </w:rPr>
              <w:t>sign</w:t>
            </w:r>
          </w:p>
        </w:tc>
        <w:tc>
          <w:tcPr>
            <w:tcW w:type="dxa" w:w="2606"/>
          </w:tcPr>
          <w:p>
            <w:pPr>
              <w:bidi/>
              <w:jc w:val="right"/>
            </w:pPr>
            <w:r>
              <w:rPr>
                <w:rFonts w:ascii="Arial" w:hAnsi="Arial" w:cs="Arial"/>
                <w:sz w:val="22"/>
                <w:rtl/>
                <w:szCs w:val="22"/>
              </w:rPr>
              <w:t>вывеска</w:t>
            </w:r>
          </w:p>
        </w:tc>
        <w:tc>
          <w:tcPr>
            <w:tcW w:type="dxa" w:w="2606"/>
          </w:tcPr>
          <w:p>
            <w:pPr>
              <w:bidi/>
              <w:jc w:val="right"/>
            </w:pPr>
            <w:r>
              <w:rPr>
                <w:rFonts w:ascii="Arial" w:hAnsi="Arial" w:cs="Arial"/>
                <w:sz w:val="22"/>
                <w:rtl/>
                <w:szCs w:val="22"/>
              </w:rPr>
              <w:t>لافتة</w:t>
            </w:r>
          </w:p>
        </w:tc>
      </w:tr>
      <w:tr>
        <w:tc>
          <w:tcPr>
            <w:tcW w:type="dxa" w:w="2606"/>
          </w:tcPr>
          <w:p>
            <w:pPr>
              <w:bidi/>
              <w:jc w:val="right"/>
            </w:pPr>
            <w:r>
              <w:rPr>
                <w:rFonts w:ascii="Arial" w:hAnsi="Arial" w:cs="Arial"/>
                <w:sz w:val="22"/>
                <w:rtl/>
                <w:szCs w:val="22"/>
              </w:rPr>
              <w:t>מספרה</w:t>
            </w:r>
          </w:p>
        </w:tc>
        <w:tc>
          <w:tcPr>
            <w:tcW w:type="dxa" w:w="2606"/>
          </w:tcPr>
          <w:p>
            <w:pPr>
              <w:bidi/>
              <w:jc w:val="right"/>
            </w:pPr>
            <w:r>
              <w:rPr>
                <w:rFonts w:ascii="Arial" w:hAnsi="Arial" w:cs="Arial"/>
                <w:sz w:val="22"/>
                <w:rtl/>
                <w:szCs w:val="22"/>
              </w:rPr>
              <w:t>hair salon</w:t>
            </w:r>
          </w:p>
        </w:tc>
        <w:tc>
          <w:tcPr>
            <w:tcW w:type="dxa" w:w="2606"/>
          </w:tcPr>
          <w:p>
            <w:pPr>
              <w:bidi/>
              <w:jc w:val="right"/>
            </w:pPr>
            <w:r>
              <w:rPr>
                <w:rFonts w:ascii="Arial" w:hAnsi="Arial" w:cs="Arial"/>
                <w:sz w:val="22"/>
                <w:rtl/>
                <w:szCs w:val="22"/>
              </w:rPr>
              <w:t>парикмахерская</w:t>
            </w:r>
          </w:p>
        </w:tc>
        <w:tc>
          <w:tcPr>
            <w:tcW w:type="dxa" w:w="2606"/>
          </w:tcPr>
          <w:p>
            <w:pPr>
              <w:bidi/>
              <w:jc w:val="right"/>
            </w:pPr>
            <w:r>
              <w:rPr>
                <w:rFonts w:ascii="Arial" w:hAnsi="Arial" w:cs="Arial"/>
                <w:sz w:val="22"/>
                <w:rtl/>
                <w:szCs w:val="22"/>
              </w:rPr>
              <w:t>صالون حلاقة</w:t>
            </w:r>
          </w:p>
        </w:tc>
      </w:tr>
      <w:tr>
        <w:tc>
          <w:tcPr>
            <w:tcW w:type="dxa" w:w="2606"/>
          </w:tcPr>
          <w:p>
            <w:pPr>
              <w:bidi/>
              <w:jc w:val="right"/>
            </w:pPr>
            <w:r>
              <w:rPr>
                <w:rFonts w:ascii="Arial" w:hAnsi="Arial" w:cs="Arial"/>
                <w:sz w:val="22"/>
                <w:rtl/>
                <w:szCs w:val="22"/>
              </w:rPr>
              <w:t>מכבסה</w:t>
            </w:r>
          </w:p>
        </w:tc>
        <w:tc>
          <w:tcPr>
            <w:tcW w:type="dxa" w:w="2606"/>
          </w:tcPr>
          <w:p>
            <w:pPr>
              <w:bidi/>
              <w:jc w:val="right"/>
            </w:pPr>
            <w:r>
              <w:rPr>
                <w:rFonts w:ascii="Arial" w:hAnsi="Arial" w:cs="Arial"/>
                <w:sz w:val="22"/>
                <w:rtl/>
                <w:szCs w:val="22"/>
              </w:rPr>
              <w:t>laundry</w:t>
            </w:r>
          </w:p>
        </w:tc>
        <w:tc>
          <w:tcPr>
            <w:tcW w:type="dxa" w:w="2606"/>
          </w:tcPr>
          <w:p>
            <w:pPr>
              <w:bidi/>
              <w:jc w:val="right"/>
            </w:pPr>
            <w:r>
              <w:rPr>
                <w:rFonts w:ascii="Arial" w:hAnsi="Arial" w:cs="Arial"/>
                <w:sz w:val="22"/>
                <w:rtl/>
                <w:szCs w:val="22"/>
              </w:rPr>
              <w:t>прачечная</w:t>
            </w:r>
          </w:p>
        </w:tc>
        <w:tc>
          <w:tcPr>
            <w:tcW w:type="dxa" w:w="2606"/>
          </w:tcPr>
          <w:p>
            <w:pPr>
              <w:bidi/>
              <w:jc w:val="right"/>
            </w:pPr>
            <w:r>
              <w:rPr>
                <w:rFonts w:ascii="Arial" w:hAnsi="Arial" w:cs="Arial"/>
                <w:sz w:val="22"/>
                <w:rtl/>
                <w:szCs w:val="22"/>
              </w:rPr>
              <w:t>مغسلة</w:t>
            </w:r>
          </w:p>
        </w:tc>
      </w:tr>
      <w:tr>
        <w:tc>
          <w:tcPr>
            <w:tcW w:type="dxa" w:w="2606"/>
          </w:tcPr>
          <w:p>
            <w:pPr>
              <w:bidi/>
              <w:jc w:val="right"/>
            </w:pPr>
            <w:r>
              <w:rPr>
                <w:rFonts w:ascii="Arial" w:hAnsi="Arial" w:cs="Arial"/>
                <w:sz w:val="22"/>
                <w:rtl/>
                <w:szCs w:val="22"/>
              </w:rPr>
              <w:t>לחמנייה</w:t>
            </w:r>
          </w:p>
        </w:tc>
        <w:tc>
          <w:tcPr>
            <w:tcW w:type="dxa" w:w="2606"/>
          </w:tcPr>
          <w:p>
            <w:pPr>
              <w:bidi/>
              <w:jc w:val="right"/>
            </w:pPr>
            <w:r>
              <w:rPr>
                <w:rFonts w:ascii="Arial" w:hAnsi="Arial" w:cs="Arial"/>
                <w:sz w:val="22"/>
                <w:rtl/>
                <w:szCs w:val="22"/>
              </w:rPr>
              <w:t>bread roll</w:t>
            </w:r>
          </w:p>
        </w:tc>
        <w:tc>
          <w:tcPr>
            <w:tcW w:type="dxa" w:w="2606"/>
          </w:tcPr>
          <w:p>
            <w:pPr>
              <w:bidi/>
              <w:jc w:val="right"/>
            </w:pPr>
            <w:r>
              <w:rPr>
                <w:rFonts w:ascii="Arial" w:hAnsi="Arial" w:cs="Arial"/>
                <w:sz w:val="22"/>
                <w:rtl/>
                <w:szCs w:val="22"/>
              </w:rPr>
              <w:t>булочка</w:t>
            </w:r>
          </w:p>
        </w:tc>
        <w:tc>
          <w:tcPr>
            <w:tcW w:type="dxa" w:w="2606"/>
          </w:tcPr>
          <w:p>
            <w:pPr>
              <w:bidi/>
              <w:jc w:val="right"/>
            </w:pPr>
            <w:r>
              <w:rPr>
                <w:rFonts w:ascii="Arial" w:hAnsi="Arial" w:cs="Arial"/>
                <w:sz w:val="22"/>
                <w:rtl/>
                <w:szCs w:val="22"/>
              </w:rPr>
              <w:t>خبز صغير (كعكة)</w:t>
            </w:r>
          </w:p>
        </w:tc>
      </w:tr>
      <w:tr>
        <w:tc>
          <w:tcPr>
            <w:tcW w:type="dxa" w:w="2606"/>
          </w:tcPr>
          <w:p>
            <w:pPr>
              <w:bidi/>
              <w:jc w:val="right"/>
            </w:pPr>
            <w:r>
              <w:rPr>
                <w:rFonts w:ascii="Arial" w:hAnsi="Arial" w:cs="Arial"/>
                <w:sz w:val="22"/>
                <w:rtl/>
                <w:szCs w:val="22"/>
              </w:rPr>
              <w:t>שורש</w:t>
            </w:r>
          </w:p>
        </w:tc>
        <w:tc>
          <w:tcPr>
            <w:tcW w:type="dxa" w:w="2606"/>
          </w:tcPr>
          <w:p>
            <w:pPr>
              <w:bidi/>
              <w:jc w:val="right"/>
            </w:pPr>
            <w:r>
              <w:rPr>
                <w:rFonts w:ascii="Arial" w:hAnsi="Arial" w:cs="Arial"/>
                <w:sz w:val="22"/>
                <w:rtl/>
                <w:szCs w:val="22"/>
              </w:rPr>
              <w:t>root (of a word)</w:t>
            </w:r>
          </w:p>
        </w:tc>
        <w:tc>
          <w:tcPr>
            <w:tcW w:type="dxa" w:w="2606"/>
          </w:tcPr>
          <w:p>
            <w:pPr>
              <w:bidi/>
              <w:jc w:val="right"/>
            </w:pPr>
            <w:r>
              <w:rPr>
                <w:rFonts w:ascii="Arial" w:hAnsi="Arial" w:cs="Arial"/>
                <w:sz w:val="22"/>
                <w:rtl/>
                <w:szCs w:val="22"/>
              </w:rPr>
              <w:t>корень</w:t>
            </w:r>
          </w:p>
        </w:tc>
        <w:tc>
          <w:tcPr>
            <w:tcW w:type="dxa" w:w="2606"/>
          </w:tcPr>
          <w:p>
            <w:pPr>
              <w:bidi/>
              <w:jc w:val="right"/>
            </w:pPr>
            <w:r>
              <w:rPr>
                <w:rFonts w:ascii="Arial" w:hAnsi="Arial" w:cs="Arial"/>
                <w:sz w:val="22"/>
                <w:rtl/>
                <w:szCs w:val="22"/>
              </w:rPr>
              <w:t>جذر</w:t>
            </w:r>
          </w:p>
        </w:tc>
      </w:tr>
      <w:tr>
        <w:tc>
          <w:tcPr>
            <w:tcW w:type="dxa" w:w="2606"/>
          </w:tcPr>
          <w:p>
            <w:pPr>
              <w:bidi/>
              <w:jc w:val="right"/>
            </w:pPr>
            <w:r>
              <w:rPr>
                <w:rFonts w:ascii="Arial" w:hAnsi="Arial" w:cs="Arial"/>
                <w:sz w:val="22"/>
                <w:rtl/>
                <w:szCs w:val="22"/>
              </w:rPr>
              <w:t>עיר</w:t>
            </w:r>
          </w:p>
        </w:tc>
        <w:tc>
          <w:tcPr>
            <w:tcW w:type="dxa" w:w="2606"/>
          </w:tcPr>
          <w:p>
            <w:pPr>
              <w:bidi/>
              <w:jc w:val="right"/>
            </w:pPr>
            <w:r>
              <w:rPr>
                <w:rFonts w:ascii="Arial" w:hAnsi="Arial" w:cs="Arial"/>
                <w:sz w:val="22"/>
                <w:rtl/>
                <w:szCs w:val="22"/>
              </w:rPr>
              <w:t>city</w:t>
            </w:r>
          </w:p>
        </w:tc>
        <w:tc>
          <w:tcPr>
            <w:tcW w:type="dxa" w:w="2606"/>
          </w:tcPr>
          <w:p>
            <w:pPr>
              <w:bidi/>
              <w:jc w:val="right"/>
            </w:pPr>
            <w:r>
              <w:rPr>
                <w:rFonts w:ascii="Arial" w:hAnsi="Arial" w:cs="Arial"/>
                <w:sz w:val="22"/>
                <w:rtl/>
                <w:szCs w:val="22"/>
              </w:rPr>
              <w:t>город</w:t>
            </w:r>
          </w:p>
        </w:tc>
        <w:tc>
          <w:tcPr>
            <w:tcW w:type="dxa" w:w="2606"/>
          </w:tcPr>
          <w:p>
            <w:pPr>
              <w:bidi/>
              <w:jc w:val="right"/>
            </w:pPr>
            <w:r>
              <w:rPr>
                <w:rFonts w:ascii="Arial" w:hAnsi="Arial" w:cs="Arial"/>
                <w:sz w:val="22"/>
                <w:rtl/>
                <w:szCs w:val="22"/>
              </w:rPr>
              <w:t>مدينة</w:t>
            </w:r>
          </w:p>
        </w:tc>
      </w:tr>
    </w:tbl>
    <w:p>
      <w:pPr>
        <w:bidi/>
        <w:jc w:val="right"/>
      </w:pP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משהו אחד שלמדתי היום: ______________________</w:t>
      </w:r>
    </w:p>
    <w:p>
      <w:pPr>
        <w:bidi/>
        <w:jc w:val="right"/>
      </w:pPr>
      <w:r>
        <w:rPr>
          <w:rFonts w:ascii="Arial" w:hAnsi="Arial" w:cs="Arial"/>
          <w:sz w:val="24"/>
          <w:rtl/>
          <w:szCs w:val="24"/>
        </w:rPr>
        <w:t>שאלה שנשארה לי: 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לשון · חט״ב – עולים חדשים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