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📚 לשון · תיכון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אורי – אורי. בפתק יש מילת ויתור ("אף על פי ש"), מילת תוצאה ("לכן"), משפט מורכב עם פסוקית זמן ("כשראיתי") ופועל בלשון זכר ("מבקש") – טביעת האצבע הלשונית של מי שאוהב משפטים מורכבים ומילות קישור מכל הסוגים.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יחס לוגי מבטא הצירוף "אף על פי ש" בפתק? ← ויתור (שולל: נועם)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מהו מבנה המשפט "התרגשתי כשראיתי את כולנו עומדים יחד מול השקיעה"? ← משפט מורכב – עם פסוקית זמן (שולל: יונתן)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מלמדת צורת הפועל "אני מבקש" על הכותב? ← הכותב מדבר על עצמו בלשון זכר (שולל: עדן)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איזה יחס מבטאת המילה "לכן" בפתק? ← תוצאה (שולל: נועם)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התנדבו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מיינו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הדביקו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נכתבים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הוזמנו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בכל פועל מסתתר שורש – ובכל ספרייה מסתתר עולם 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כיכר היחסים: תוצאה → 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רחוב הצירופים: אף על פי ש ↔ ויתור · כדי ש ↔ תכלית · אילו ↔ תנאי שלא התקיים · לעומת זאת ↔ ניגוד →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גשר המשפטים: משפט מורכב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שדרת הבניינים: נכתב ↔ נפעל · הדליק ↔ הפעיל · התלבש ↔ התפעל · סיפר ↔ פיעל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מגדל השורשים: כ-ו-נ → 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השנה החליטה מועצת התלמידים לחדש את פינת הקריאה בחצר.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תחילה נערך סקר בין התלמידים כדי לברר מה הם מעדיפים.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על פי תוצאות הסקר נבחרו פופים צבעוניים ומדף ספרים מעץ.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אולם התקציב לא הספיק לכל הרכישות.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לכן יזמו התלמידים יריד ספרים משומשים.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בסופו של דבר נחנכה הפינה בטקס קטן ומרגש.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סיבה: כי · הואיל ו · מאחר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ניגוד: אולם · לעומת זאת · 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תוצאה: לפיכך · משום כך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פשוט: התלמידים קראו בספרייה עד הצלצול. · ביום חמישי תיפתח התערוכה בלובי.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מחובר: הספרנית חייכה, והילדים נכנסו בשקט. · ירד גשם, אבל הטקס התקיים. · הלהקה ניגנה, והקהל רקד.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מורכב: הספר שקראתי אתמול ריגש אותי. · כשהדלת נפתחה, כולם מחאו כפיים. · אני מקווה שתבואו לתערוכה.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מילת קישור תבחר? ← אך. ההמשך: שיר כתבה "אך": יש ניגוד בין הזמן הארוך שעבר לבין התחושה שהכול קרה מהר.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מילת קישור תבחר? ← ולכן. ההמשך: "המורים שלנו האמינו בנו, ולכן גם אנחנו התחלנו להאמין בעצמנו." האמונה של המורים הובילה לאמונה העצמית.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ישלים את המשפט? ← גם כאשר. ההמשך: "לא תמיד היה קל; גם כאשר התעייפנו, ידענו שיש מי שיעזור." העזרה הייתה שם למרות העייפות.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במה תבחר? ← "לסיום" – כי זהו משפט סיכום שאינו נובע ממה שלפניו. ההמשך: "לסיום, תודה לכל מי שהיה כאן בשבילנו – ולכל מי שעוד יבוא." הקהל מחא כפיים ארוכות.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מכיוון ש – היא מבטאת סיבה – השאר מבטאות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התחיל – הוא בבניין הפעיל – הת׳ היא אות שורש (ת-ח-ל), השאר בהתפעל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פסוקית – היא אינה משפט עצמאי – היא חלק ממשפט מורכב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כדי ש – היא מבטאת תכלית – השאר מבטאות ויתור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הדליק – שורשו שלם (ד-ל-ק) – בשאר הו׳ האמצעית של השורש נעלמת (גזרת נחי ע״ו)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אף על פי כן · 2) משפט מורכב · 3) כולם בבניין התפעל · 4) בגלל חילוף מקום (שיכול) של ת׳ התפעל עם עיצור שורקי · 5) סיבה · 6) בַּכִּתָּה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מאחר ש · (2) לפיכך · (3) אף על פי ש · (4) כיום · (5) ולכן · (6) בקיצור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משום שסופת → אף על פי שסופת · הצוות הספרייה → צוות הספרייה · עשרים ושלושה תלמידות → עשרים ושלוש תלמידות · קהל המאזינים הקשיבו → קהל המאזינים הקשיב · לפיכך → לבסוף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תום – תום 🔗. בהודעה יש "כי" (סיבה) ויש "לכן" (תוצאה). זה הסגנון של תום.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מילת סיבה יש בהודעה? ← כי (שולל: רוני)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כמה מילים יש בהודעה? ← הרבה מילים (שולל: דני)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מעולה! עכשיו הטקסט שלכם מחובר 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רצף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תחנת הסיבה: ירד גשם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תחנת התוצאה: נשארתי בבית → 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תחנת הניגוד: אבל → 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🚌 יצאנו לטיול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⛰️ טיפסנו על ההר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🌅 ראינו שקיעה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🏠 חזרנו הביתה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סיבה 🟢: 🌧️ ירד גשם · 😴 הייתי עייף · 📚 למדתי הרבה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תוצאה 🔵: ☂️ לקחתי מטרייה · 🛏️ הלכתי לישון מוקדם · ✅ הצלחתי במבחן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מילה מתאימה? ← אבל. ההמשך: "רציתי לבוא למסיבה, אבל הייתי חולה." יש כאן ניגוד ⚖️.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מילה מתאימה? ← לכן. ההמשך: "הייתי חולה, לכן נשארתי בבית." זו תוצאה 🔵.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איזו מילה מתאימה? ← כי. ההמשך: "נשארתי בבית כי הייתי חולה." זו סיבה 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לכן – היא מראה תוצאה – השאר 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✍️ כתב – הוא בבניין פעל – השאר בנפעל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לכן – היא מראה תוצאה – השאר ניגוד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לכן · 2) אבל · 3) כ-ת-ב · 4) התרגש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לכן · (2) אבל · (3) ולכן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צוות הספרייה הכינו → צוות הספרייה הכין · הספריית העיר → ספריית העיר · לכן → אבל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אבל – אבל ⚖️. "בהתחלה היה לי קשה, אבל עכשיו טוב יותר." יש ניגוד בין העבר להווה.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"היה קשה". האם בגלל זה "עכשיו טוב"? ← לא, זו לא תוצאה (שולל: לכן)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האם "עכשיו טוב יותר" מסביר למה היה קשה? ← לא, זו לא סיבה (שולל: כי)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היחס בין "קשה" לבין "טוב"? ← ההפך – ניגוד (שולל: לכן)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הדליקה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התרגשה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כתבנו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כל הכבוד! אתם קוראים עברית כמו בלשים 🕵️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עברית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תחנת "למה?": כי → 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תחנת הקישור: כי ↔ סיבה – למה? · לכן ↔ תוצאה – מה קרה בגלל זה? · אבל ↔ ניגוד – משהו הפוך → 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תחנת הבניינים: כתב ↔ פעל · דיבר ↔ פיעל · התלבש ↔ התפעל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תחנת השורש: ל-מ-ד →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תחנת המשפט: משפט מחובר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בבוקר קמתי מוקדם.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אכלתי ארוחת בוקר.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אחר כך נסעתי לאולפן.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בערב חזרתי הביתה.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פשוט: אני לומדת עברית. · הילדים משחקים בפארק. · אני אוהב קפה חם.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מחובר: אני לומדת עברית, ואני גם עובדת. · היה קר, אבל יצאנו. · הוא בא, והיא הלכה.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היא תעשה? ← תתאמן עם חברה. ההמשך: נטליה תרגלה עם חברה משפטים כמו: "אני רוצה לעבוד כאן כי...".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היא תתחיל את התשובה? ← "אני רוצה לעבוד כאן כי...". ההמשך: נטליה ענתה: "אני רוצה לעבוד כאן כי אני אוהבת לעזור לאנשים."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הוא יגיד אחרי "אבל"? ← "אבל את מדברת ברור ועם הרבה רצון.". ההמשך: "...אבל את מדברת ברור. את מתקבלת!" נטליה שמחה מאוד.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שולחן – הוא לא מילת 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התלבש – הוא בבניין התפעל – השאר בפעל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ספר – הוא לא כינוי גוף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מכתב – שורשו כ-ת-ב – השאר מהשורש ל-מ-ד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כל אחד מביא סיפור מהבית ומלמד את כולם · 2) הוא נותן דוגמאות · 3) הוא מסיים ומראה את התגובה של הקהל · 4) כי · 5) אותו שורש: ס-פ-ר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אבל · (2) כי · (3) גם · (4)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התלמידים מספר → התלמידים מספרים · הבית הספר → בית הספר · לכן → אבל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"התחיל" – בניין הפעיל, שורש ת-ח-ל (הת׳ אות שורש) – לוודא שזו הגישה הנלמדת 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"הכין", "הקים", "הביא" – גזרת נחי ע״ו (הביא גם נחי ל״א).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"אילו" – תנאי שלא התקיים (תנאי בטל/היפותטי); מינוח לפי ספר הלימוד.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"משום ש" = סיבה; "משום כך" = תוצאה.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"גם כאשר" – זמן + ויתור; יש ספרים שימיינו כוויתור בלבד.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האקדמיה ללשון העברית נוסדה ב-1953; ועד הלשון – ב-1890.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שיכול ת׳ בהתפעל עם עיצורים שורקיים (ס/ש/צ/ז) – הוסבר בפשטות.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דגש בכ׳ של ״בַּכִּתָּה״ – דגש חזק אחרי ה״א הידיעה שנבלעה.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לשון · תיכון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